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01C12" w14:textId="77777777" w:rsidR="005A603A" w:rsidRDefault="005A603A">
      <w:pPr>
        <w:pStyle w:val="Heading1"/>
        <w:rPr>
          <w:sz w:val="36"/>
          <w:szCs w:val="36"/>
        </w:rPr>
      </w:pPr>
    </w:p>
    <w:p w14:paraId="5D1BE8C1" w14:textId="50F9AD09" w:rsidR="00F01D91" w:rsidRPr="00E861AA" w:rsidRDefault="00A06444">
      <w:pPr>
        <w:pStyle w:val="Heading1"/>
        <w:rPr>
          <w:sz w:val="36"/>
          <w:szCs w:val="36"/>
        </w:rPr>
      </w:pPr>
      <w:r w:rsidRPr="00E861AA">
        <w:rPr>
          <w:sz w:val="36"/>
          <w:szCs w:val="36"/>
        </w:rPr>
        <w:t>We’re Improving How We Use Information to Support Your Care</w:t>
      </w:r>
    </w:p>
    <w:p w14:paraId="3FCD336D" w14:textId="77777777" w:rsidR="00E861AA" w:rsidRDefault="00E861AA">
      <w:pPr>
        <w:rPr>
          <w:sz w:val="28"/>
          <w:szCs w:val="28"/>
        </w:rPr>
      </w:pPr>
    </w:p>
    <w:p w14:paraId="79432184" w14:textId="08F1A44D" w:rsidR="00F01D91" w:rsidRPr="00E861AA" w:rsidRDefault="00A06444">
      <w:pPr>
        <w:rPr>
          <w:sz w:val="28"/>
          <w:szCs w:val="28"/>
        </w:rPr>
      </w:pPr>
      <w:r w:rsidRPr="00E861AA">
        <w:rPr>
          <w:sz w:val="28"/>
          <w:szCs w:val="28"/>
        </w:rPr>
        <w:t xml:space="preserve">At Alwyndor, we’re working on a project to make sure the information we collect about </w:t>
      </w:r>
      <w:r w:rsidRPr="00E861AA">
        <w:rPr>
          <w:b/>
          <w:bCs/>
          <w:sz w:val="28"/>
          <w:szCs w:val="28"/>
        </w:rPr>
        <w:t>skin checks and pressure injury prevention</w:t>
      </w:r>
      <w:r w:rsidRPr="00E861AA">
        <w:rPr>
          <w:sz w:val="28"/>
          <w:szCs w:val="28"/>
        </w:rPr>
        <w:t xml:space="preserve"> is used in the best possible way to support every resident’s comfort and wellbeing.</w:t>
      </w:r>
    </w:p>
    <w:p w14:paraId="510720AE" w14:textId="77777777" w:rsidR="00E861AA" w:rsidRDefault="00A06444">
      <w:pPr>
        <w:rPr>
          <w:sz w:val="28"/>
          <w:szCs w:val="28"/>
        </w:rPr>
      </w:pPr>
      <w:r w:rsidRPr="00E861AA">
        <w:rPr>
          <w:sz w:val="28"/>
          <w:szCs w:val="28"/>
        </w:rPr>
        <w:t>This means making sure:</w:t>
      </w:r>
    </w:p>
    <w:p w14:paraId="3F135142" w14:textId="77777777" w:rsidR="00E861AA" w:rsidRPr="00E861AA" w:rsidRDefault="00A06444" w:rsidP="00E861AA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E861AA">
        <w:rPr>
          <w:sz w:val="28"/>
          <w:szCs w:val="28"/>
        </w:rPr>
        <w:t>Staff have the right information at the right time to act quickly if there are early signs of skin or pressure changes.</w:t>
      </w:r>
    </w:p>
    <w:p w14:paraId="72922815" w14:textId="77777777" w:rsidR="00E861AA" w:rsidRPr="00E861AA" w:rsidRDefault="00A06444" w:rsidP="00E861AA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E861AA">
        <w:rPr>
          <w:sz w:val="28"/>
          <w:szCs w:val="28"/>
        </w:rPr>
        <w:t>We learn from our data to keep improving comfort, safety, and care outcomes.</w:t>
      </w:r>
    </w:p>
    <w:p w14:paraId="1F69CAB4" w14:textId="6C18B41F" w:rsidR="00F01D91" w:rsidRDefault="00A06444" w:rsidP="00E861AA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E861AA">
        <w:rPr>
          <w:sz w:val="28"/>
          <w:szCs w:val="28"/>
        </w:rPr>
        <w:t>Residents and their representatives understand how this helps support day-to-day care decisions.</w:t>
      </w:r>
    </w:p>
    <w:p w14:paraId="6AEEF575" w14:textId="77777777" w:rsidR="00E861AA" w:rsidRPr="00E861AA" w:rsidRDefault="00E861AA" w:rsidP="00E861AA">
      <w:pPr>
        <w:rPr>
          <w:sz w:val="28"/>
          <w:szCs w:val="28"/>
        </w:rPr>
      </w:pPr>
    </w:p>
    <w:p w14:paraId="57A45D0F" w14:textId="77777777" w:rsidR="00F01D91" w:rsidRPr="00E861AA" w:rsidRDefault="00A06444">
      <w:pPr>
        <w:pStyle w:val="Heading2"/>
        <w:rPr>
          <w:sz w:val="32"/>
          <w:szCs w:val="32"/>
        </w:rPr>
      </w:pPr>
      <w:r w:rsidRPr="00E861AA">
        <w:rPr>
          <w:sz w:val="32"/>
          <w:szCs w:val="32"/>
        </w:rPr>
        <w:t>Why We’d Like Your Input</w:t>
      </w:r>
    </w:p>
    <w:p w14:paraId="5E9DFC65" w14:textId="77777777" w:rsidR="00E861AA" w:rsidRDefault="00A06444">
      <w:pPr>
        <w:rPr>
          <w:sz w:val="28"/>
          <w:szCs w:val="28"/>
        </w:rPr>
      </w:pPr>
      <w:r w:rsidRPr="00E861AA">
        <w:rPr>
          <w:sz w:val="28"/>
          <w:szCs w:val="28"/>
        </w:rPr>
        <w:t>Your experiences and preferences matter most. We want to understand what’s most important to you</w:t>
      </w:r>
      <w:r w:rsidR="00E861AA">
        <w:rPr>
          <w:sz w:val="28"/>
          <w:szCs w:val="28"/>
        </w:rPr>
        <w:t xml:space="preserve">, </w:t>
      </w:r>
      <w:r w:rsidRPr="00E861AA">
        <w:rPr>
          <w:sz w:val="28"/>
          <w:szCs w:val="28"/>
        </w:rPr>
        <w:t xml:space="preserve">what comfort, safety, and communication look like from your perspective. </w:t>
      </w:r>
    </w:p>
    <w:p w14:paraId="5792EE47" w14:textId="646700FE" w:rsidR="00F01D91" w:rsidRPr="00E861AA" w:rsidRDefault="00A06444">
      <w:pPr>
        <w:rPr>
          <w:sz w:val="28"/>
          <w:szCs w:val="28"/>
        </w:rPr>
      </w:pPr>
      <w:r w:rsidRPr="00E861AA">
        <w:rPr>
          <w:sz w:val="28"/>
          <w:szCs w:val="28"/>
        </w:rPr>
        <w:t>Your answers will help us shape how care teams use information and how we share updates in ways that are meaningful to residents and families.</w:t>
      </w:r>
    </w:p>
    <w:p w14:paraId="3ACBEDDD" w14:textId="77777777" w:rsidR="00F01D91" w:rsidRPr="00E861AA" w:rsidRDefault="00A06444">
      <w:pPr>
        <w:rPr>
          <w:sz w:val="28"/>
          <w:szCs w:val="28"/>
        </w:rPr>
      </w:pPr>
      <w:r w:rsidRPr="00E861AA">
        <w:rPr>
          <w:sz w:val="28"/>
          <w:szCs w:val="28"/>
        </w:rPr>
        <w:br w:type="page"/>
      </w:r>
    </w:p>
    <w:p w14:paraId="30DCF8AD" w14:textId="77777777" w:rsidR="00466591" w:rsidRDefault="00466591">
      <w:pPr>
        <w:pStyle w:val="Heading1"/>
        <w:rPr>
          <w:sz w:val="36"/>
          <w:szCs w:val="36"/>
        </w:rPr>
      </w:pPr>
    </w:p>
    <w:p w14:paraId="3C71097B" w14:textId="342CAC5B" w:rsidR="00F01D91" w:rsidRPr="00E861AA" w:rsidRDefault="00A06444">
      <w:pPr>
        <w:pStyle w:val="Heading1"/>
        <w:rPr>
          <w:sz w:val="36"/>
          <w:szCs w:val="36"/>
        </w:rPr>
      </w:pPr>
      <w:r w:rsidRPr="00E861AA">
        <w:rPr>
          <w:sz w:val="36"/>
          <w:szCs w:val="36"/>
        </w:rPr>
        <w:t xml:space="preserve">Your Views Matter </w:t>
      </w:r>
    </w:p>
    <w:p w14:paraId="5785977D" w14:textId="77777777" w:rsidR="00F01D91" w:rsidRPr="00466591" w:rsidRDefault="00A06444">
      <w:pPr>
        <w:rPr>
          <w:sz w:val="28"/>
          <w:szCs w:val="28"/>
        </w:rPr>
      </w:pPr>
      <w:r w:rsidRPr="00466591">
        <w:rPr>
          <w:sz w:val="28"/>
          <w:szCs w:val="28"/>
        </w:rPr>
        <w:t>(You can complete this yourself or with help from staff or a family member.)</w:t>
      </w:r>
    </w:p>
    <w:p w14:paraId="3B116E27" w14:textId="77777777" w:rsidR="00F01D91" w:rsidRPr="00466591" w:rsidRDefault="00A06444">
      <w:pPr>
        <w:rPr>
          <w:b/>
          <w:bCs/>
          <w:sz w:val="28"/>
          <w:szCs w:val="28"/>
        </w:rPr>
      </w:pPr>
      <w:r w:rsidRPr="00466591">
        <w:rPr>
          <w:b/>
          <w:bCs/>
          <w:sz w:val="28"/>
          <w:szCs w:val="28"/>
        </w:rPr>
        <w:t>Optional: Resident or Representative Name: ________________________________</w:t>
      </w:r>
    </w:p>
    <w:p w14:paraId="694C04F8" w14:textId="509ED77C" w:rsidR="004427B5" w:rsidRPr="00CB0E30" w:rsidRDefault="004427B5" w:rsidP="004427B5">
      <w:pPr>
        <w:rPr>
          <w:b/>
          <w:bCs/>
          <w:sz w:val="28"/>
          <w:szCs w:val="28"/>
        </w:rPr>
      </w:pPr>
      <w:r w:rsidRPr="00CB0E30">
        <w:rPr>
          <w:b/>
          <w:bCs/>
          <w:sz w:val="28"/>
          <w:szCs w:val="28"/>
        </w:rPr>
        <w:t>Please tick one box for each question.</w:t>
      </w:r>
    </w:p>
    <w:p w14:paraId="0DA89E68" w14:textId="77777777" w:rsidR="00511FF1" w:rsidRPr="00511FF1" w:rsidRDefault="00511FF1" w:rsidP="00511FF1">
      <w:pPr>
        <w:rPr>
          <w:sz w:val="28"/>
          <w:szCs w:val="28"/>
        </w:rPr>
      </w:pPr>
      <w:r w:rsidRPr="00511FF1">
        <w:rPr>
          <w:sz w:val="28"/>
          <w:szCs w:val="28"/>
        </w:rPr>
        <w:t>1. My skin and any pressure areas are well looked after.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</w:tblGrid>
      <w:tr w:rsidR="00511FF1" w:rsidRPr="00511FF1" w14:paraId="7A4EA2E1" w14:textId="77777777" w:rsidTr="00FA4F51">
        <w:tc>
          <w:tcPr>
            <w:tcW w:w="1440" w:type="dxa"/>
          </w:tcPr>
          <w:p w14:paraId="415C9035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☺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agree</w:t>
            </w:r>
          </w:p>
        </w:tc>
        <w:tc>
          <w:tcPr>
            <w:tcW w:w="1440" w:type="dxa"/>
          </w:tcPr>
          <w:p w14:paraId="17150F08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🙂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Agree</w:t>
            </w:r>
          </w:p>
        </w:tc>
        <w:tc>
          <w:tcPr>
            <w:tcW w:w="1440" w:type="dxa"/>
          </w:tcPr>
          <w:p w14:paraId="1DEE6E37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😐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Neutral</w:t>
            </w:r>
          </w:p>
        </w:tc>
        <w:tc>
          <w:tcPr>
            <w:tcW w:w="1440" w:type="dxa"/>
          </w:tcPr>
          <w:p w14:paraId="5F06F252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☹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Disagree</w:t>
            </w:r>
          </w:p>
        </w:tc>
        <w:tc>
          <w:tcPr>
            <w:tcW w:w="1440" w:type="dxa"/>
          </w:tcPr>
          <w:p w14:paraId="288B126D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🙁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disagree</w:t>
            </w:r>
          </w:p>
        </w:tc>
      </w:tr>
      <w:tr w:rsidR="00511FF1" w:rsidRPr="00511FF1" w14:paraId="4ADD4E89" w14:textId="77777777" w:rsidTr="00FA4F51">
        <w:tc>
          <w:tcPr>
            <w:tcW w:w="1440" w:type="dxa"/>
          </w:tcPr>
          <w:p w14:paraId="5E5154CC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712EED9F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305EF2F6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459B8722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7A9BECEE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</w:tr>
    </w:tbl>
    <w:p w14:paraId="271AC326" w14:textId="77777777" w:rsidR="00511FF1" w:rsidRPr="00511FF1" w:rsidRDefault="00511FF1" w:rsidP="00511FF1">
      <w:pPr>
        <w:rPr>
          <w:sz w:val="28"/>
          <w:szCs w:val="28"/>
        </w:rPr>
      </w:pPr>
    </w:p>
    <w:p w14:paraId="48BD596D" w14:textId="77777777" w:rsidR="00511FF1" w:rsidRPr="00511FF1" w:rsidRDefault="00511FF1" w:rsidP="00511FF1">
      <w:pPr>
        <w:rPr>
          <w:sz w:val="28"/>
          <w:szCs w:val="28"/>
        </w:rPr>
      </w:pPr>
      <w:r w:rsidRPr="00511FF1">
        <w:rPr>
          <w:sz w:val="28"/>
          <w:szCs w:val="28"/>
        </w:rPr>
        <w:t>2. Staff notice and act quickly if there are early signs of skin or pressure changes.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</w:tblGrid>
      <w:tr w:rsidR="00511FF1" w:rsidRPr="00511FF1" w14:paraId="71E21A8C" w14:textId="77777777" w:rsidTr="00FA4F51">
        <w:tc>
          <w:tcPr>
            <w:tcW w:w="1440" w:type="dxa"/>
          </w:tcPr>
          <w:p w14:paraId="1AA0F0E0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☺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agree</w:t>
            </w:r>
          </w:p>
        </w:tc>
        <w:tc>
          <w:tcPr>
            <w:tcW w:w="1440" w:type="dxa"/>
          </w:tcPr>
          <w:p w14:paraId="2B4587E2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🙂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Agree</w:t>
            </w:r>
          </w:p>
        </w:tc>
        <w:tc>
          <w:tcPr>
            <w:tcW w:w="1440" w:type="dxa"/>
          </w:tcPr>
          <w:p w14:paraId="257AC005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😐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Neutral</w:t>
            </w:r>
          </w:p>
        </w:tc>
        <w:tc>
          <w:tcPr>
            <w:tcW w:w="1440" w:type="dxa"/>
          </w:tcPr>
          <w:p w14:paraId="71254E43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☹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Disagree</w:t>
            </w:r>
          </w:p>
        </w:tc>
        <w:tc>
          <w:tcPr>
            <w:tcW w:w="1440" w:type="dxa"/>
          </w:tcPr>
          <w:p w14:paraId="3F38675C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🙁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disagree</w:t>
            </w:r>
          </w:p>
        </w:tc>
      </w:tr>
      <w:tr w:rsidR="00511FF1" w:rsidRPr="00511FF1" w14:paraId="7739531A" w14:textId="77777777" w:rsidTr="00FA4F51">
        <w:tc>
          <w:tcPr>
            <w:tcW w:w="1440" w:type="dxa"/>
          </w:tcPr>
          <w:p w14:paraId="3CF20CB3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2CDDFBE8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5B15B4B1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6AC1DA17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29D8A4DC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</w:tr>
    </w:tbl>
    <w:p w14:paraId="6D35FBB6" w14:textId="77777777" w:rsidR="00511FF1" w:rsidRPr="00511FF1" w:rsidRDefault="00511FF1" w:rsidP="00511FF1">
      <w:pPr>
        <w:rPr>
          <w:sz w:val="28"/>
          <w:szCs w:val="28"/>
        </w:rPr>
      </w:pPr>
    </w:p>
    <w:p w14:paraId="4B066B47" w14:textId="77777777" w:rsidR="00511FF1" w:rsidRPr="00511FF1" w:rsidRDefault="00511FF1" w:rsidP="00511FF1">
      <w:pPr>
        <w:rPr>
          <w:sz w:val="28"/>
          <w:szCs w:val="28"/>
        </w:rPr>
      </w:pPr>
      <w:r w:rsidRPr="00511FF1">
        <w:rPr>
          <w:sz w:val="28"/>
          <w:szCs w:val="28"/>
        </w:rPr>
        <w:t>3. I feel comfortable throughout the day.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</w:tblGrid>
      <w:tr w:rsidR="00511FF1" w:rsidRPr="00511FF1" w14:paraId="7ED8A7CA" w14:textId="77777777" w:rsidTr="00FA4F51">
        <w:tc>
          <w:tcPr>
            <w:tcW w:w="1440" w:type="dxa"/>
          </w:tcPr>
          <w:p w14:paraId="6BD9A6C7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☺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agree</w:t>
            </w:r>
          </w:p>
        </w:tc>
        <w:tc>
          <w:tcPr>
            <w:tcW w:w="1440" w:type="dxa"/>
          </w:tcPr>
          <w:p w14:paraId="17E004ED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🙂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Agree</w:t>
            </w:r>
          </w:p>
        </w:tc>
        <w:tc>
          <w:tcPr>
            <w:tcW w:w="1440" w:type="dxa"/>
          </w:tcPr>
          <w:p w14:paraId="0829A97B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😐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Neutral</w:t>
            </w:r>
          </w:p>
        </w:tc>
        <w:tc>
          <w:tcPr>
            <w:tcW w:w="1440" w:type="dxa"/>
          </w:tcPr>
          <w:p w14:paraId="41577BB2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☹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Disagree</w:t>
            </w:r>
          </w:p>
        </w:tc>
        <w:tc>
          <w:tcPr>
            <w:tcW w:w="1440" w:type="dxa"/>
          </w:tcPr>
          <w:p w14:paraId="5431355A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🙁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disagree</w:t>
            </w:r>
          </w:p>
        </w:tc>
      </w:tr>
      <w:tr w:rsidR="00511FF1" w:rsidRPr="00511FF1" w14:paraId="36A7B9DD" w14:textId="77777777" w:rsidTr="00FA4F51">
        <w:tc>
          <w:tcPr>
            <w:tcW w:w="1440" w:type="dxa"/>
          </w:tcPr>
          <w:p w14:paraId="0BAA6ECB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24691526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6E5D1D81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0541E1BE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4B7DDD83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</w:tr>
    </w:tbl>
    <w:p w14:paraId="5B9233DE" w14:textId="77777777" w:rsidR="00511FF1" w:rsidRDefault="00511FF1" w:rsidP="00511FF1">
      <w:pPr>
        <w:rPr>
          <w:sz w:val="28"/>
          <w:szCs w:val="28"/>
        </w:rPr>
      </w:pPr>
    </w:p>
    <w:p w14:paraId="61420412" w14:textId="77777777" w:rsidR="00511FF1" w:rsidRDefault="00511FF1" w:rsidP="00511FF1">
      <w:pPr>
        <w:rPr>
          <w:sz w:val="28"/>
          <w:szCs w:val="28"/>
        </w:rPr>
      </w:pPr>
    </w:p>
    <w:p w14:paraId="56E1BD6C" w14:textId="77777777" w:rsidR="00511FF1" w:rsidRDefault="00511FF1" w:rsidP="00511FF1">
      <w:pPr>
        <w:rPr>
          <w:sz w:val="28"/>
          <w:szCs w:val="28"/>
        </w:rPr>
      </w:pPr>
    </w:p>
    <w:p w14:paraId="299273BA" w14:textId="77777777" w:rsidR="00511FF1" w:rsidRPr="00511FF1" w:rsidRDefault="00511FF1" w:rsidP="00511FF1">
      <w:pPr>
        <w:rPr>
          <w:sz w:val="28"/>
          <w:szCs w:val="28"/>
        </w:rPr>
      </w:pPr>
    </w:p>
    <w:p w14:paraId="12DCAAA9" w14:textId="77777777" w:rsidR="00511FF1" w:rsidRPr="00511FF1" w:rsidRDefault="00511FF1" w:rsidP="00511FF1">
      <w:pPr>
        <w:rPr>
          <w:sz w:val="28"/>
          <w:szCs w:val="28"/>
        </w:rPr>
      </w:pPr>
      <w:r w:rsidRPr="00511FF1">
        <w:rPr>
          <w:sz w:val="28"/>
          <w:szCs w:val="28"/>
        </w:rPr>
        <w:t>4. If I am repositioned (during the day or night), it balances my comfort and skin protection.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</w:tblGrid>
      <w:tr w:rsidR="00511FF1" w:rsidRPr="00511FF1" w14:paraId="7BD4EF5A" w14:textId="77777777" w:rsidTr="00FA4F51">
        <w:tc>
          <w:tcPr>
            <w:tcW w:w="1440" w:type="dxa"/>
          </w:tcPr>
          <w:p w14:paraId="2D7D4F7A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☺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agree</w:t>
            </w:r>
          </w:p>
        </w:tc>
        <w:tc>
          <w:tcPr>
            <w:tcW w:w="1440" w:type="dxa"/>
          </w:tcPr>
          <w:p w14:paraId="3B5EBD08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🙂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Agree</w:t>
            </w:r>
          </w:p>
        </w:tc>
        <w:tc>
          <w:tcPr>
            <w:tcW w:w="1440" w:type="dxa"/>
          </w:tcPr>
          <w:p w14:paraId="3C86C136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😐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Neutral</w:t>
            </w:r>
          </w:p>
        </w:tc>
        <w:tc>
          <w:tcPr>
            <w:tcW w:w="1440" w:type="dxa"/>
          </w:tcPr>
          <w:p w14:paraId="18AEFE46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☹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Disagree</w:t>
            </w:r>
          </w:p>
        </w:tc>
        <w:tc>
          <w:tcPr>
            <w:tcW w:w="1440" w:type="dxa"/>
          </w:tcPr>
          <w:p w14:paraId="0C5D8C1D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🙁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disagree</w:t>
            </w:r>
          </w:p>
        </w:tc>
      </w:tr>
      <w:tr w:rsidR="00511FF1" w:rsidRPr="00511FF1" w14:paraId="6E80551D" w14:textId="77777777" w:rsidTr="00FA4F51">
        <w:tc>
          <w:tcPr>
            <w:tcW w:w="1440" w:type="dxa"/>
          </w:tcPr>
          <w:p w14:paraId="1F7A7784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3847CF88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35F1604F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0808909E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4BA0AFAD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</w:tr>
    </w:tbl>
    <w:p w14:paraId="4C4E2E7F" w14:textId="77777777" w:rsidR="00511FF1" w:rsidRPr="00511FF1" w:rsidRDefault="00511FF1" w:rsidP="00511FF1">
      <w:pPr>
        <w:rPr>
          <w:sz w:val="28"/>
          <w:szCs w:val="28"/>
        </w:rPr>
      </w:pPr>
    </w:p>
    <w:p w14:paraId="6E5AACCE" w14:textId="77777777" w:rsidR="00511FF1" w:rsidRPr="00511FF1" w:rsidRDefault="00511FF1" w:rsidP="00511FF1">
      <w:pPr>
        <w:rPr>
          <w:sz w:val="28"/>
          <w:szCs w:val="28"/>
        </w:rPr>
      </w:pPr>
      <w:r w:rsidRPr="00511FF1">
        <w:rPr>
          <w:sz w:val="28"/>
          <w:szCs w:val="28"/>
        </w:rPr>
        <w:t>5. Staff explain changes in my care or skin condition in a way I understand.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</w:tblGrid>
      <w:tr w:rsidR="00511FF1" w:rsidRPr="00511FF1" w14:paraId="664A939C" w14:textId="77777777" w:rsidTr="00FA4F51">
        <w:tc>
          <w:tcPr>
            <w:tcW w:w="1440" w:type="dxa"/>
          </w:tcPr>
          <w:p w14:paraId="63266FC4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☺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agree</w:t>
            </w:r>
          </w:p>
        </w:tc>
        <w:tc>
          <w:tcPr>
            <w:tcW w:w="1440" w:type="dxa"/>
          </w:tcPr>
          <w:p w14:paraId="549A9BDA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🙂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Agree</w:t>
            </w:r>
          </w:p>
        </w:tc>
        <w:tc>
          <w:tcPr>
            <w:tcW w:w="1440" w:type="dxa"/>
          </w:tcPr>
          <w:p w14:paraId="4A59D861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😐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Neutral</w:t>
            </w:r>
          </w:p>
        </w:tc>
        <w:tc>
          <w:tcPr>
            <w:tcW w:w="1440" w:type="dxa"/>
          </w:tcPr>
          <w:p w14:paraId="73CEE770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☹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Disagree</w:t>
            </w:r>
          </w:p>
        </w:tc>
        <w:tc>
          <w:tcPr>
            <w:tcW w:w="1440" w:type="dxa"/>
          </w:tcPr>
          <w:p w14:paraId="6391AA99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🙁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disagree</w:t>
            </w:r>
          </w:p>
        </w:tc>
      </w:tr>
      <w:tr w:rsidR="00511FF1" w:rsidRPr="00511FF1" w14:paraId="20C9A4CF" w14:textId="77777777" w:rsidTr="00FA4F51">
        <w:tc>
          <w:tcPr>
            <w:tcW w:w="1440" w:type="dxa"/>
          </w:tcPr>
          <w:p w14:paraId="66CB6FCD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258CE64A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296B5E0E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17040945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10E448CD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</w:tr>
    </w:tbl>
    <w:p w14:paraId="72C465D9" w14:textId="77777777" w:rsidR="00511FF1" w:rsidRPr="00511FF1" w:rsidRDefault="00511FF1" w:rsidP="00511FF1">
      <w:pPr>
        <w:rPr>
          <w:sz w:val="28"/>
          <w:szCs w:val="28"/>
        </w:rPr>
      </w:pPr>
    </w:p>
    <w:p w14:paraId="73842F10" w14:textId="77777777" w:rsidR="00511FF1" w:rsidRPr="00511FF1" w:rsidRDefault="00511FF1" w:rsidP="00511FF1">
      <w:pPr>
        <w:rPr>
          <w:sz w:val="28"/>
          <w:szCs w:val="28"/>
        </w:rPr>
      </w:pPr>
      <w:r w:rsidRPr="00511FF1">
        <w:rPr>
          <w:sz w:val="28"/>
          <w:szCs w:val="28"/>
        </w:rPr>
        <w:t>6. I feel involved in decisions about preventing or managing pressure injuries.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</w:tblGrid>
      <w:tr w:rsidR="00511FF1" w:rsidRPr="00511FF1" w14:paraId="118B20BA" w14:textId="77777777" w:rsidTr="00FA4F51">
        <w:tc>
          <w:tcPr>
            <w:tcW w:w="1440" w:type="dxa"/>
          </w:tcPr>
          <w:p w14:paraId="12AFE6EE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☺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agree</w:t>
            </w:r>
          </w:p>
        </w:tc>
        <w:tc>
          <w:tcPr>
            <w:tcW w:w="1440" w:type="dxa"/>
          </w:tcPr>
          <w:p w14:paraId="013AE293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🙂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Agree</w:t>
            </w:r>
          </w:p>
        </w:tc>
        <w:tc>
          <w:tcPr>
            <w:tcW w:w="1440" w:type="dxa"/>
          </w:tcPr>
          <w:p w14:paraId="4B12D806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😐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Neutral</w:t>
            </w:r>
          </w:p>
        </w:tc>
        <w:tc>
          <w:tcPr>
            <w:tcW w:w="1440" w:type="dxa"/>
          </w:tcPr>
          <w:p w14:paraId="2CF647FB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☹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Disagree</w:t>
            </w:r>
          </w:p>
        </w:tc>
        <w:tc>
          <w:tcPr>
            <w:tcW w:w="1440" w:type="dxa"/>
          </w:tcPr>
          <w:p w14:paraId="7F343967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🙁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disagree</w:t>
            </w:r>
          </w:p>
        </w:tc>
      </w:tr>
      <w:tr w:rsidR="00511FF1" w:rsidRPr="00511FF1" w14:paraId="3D0CDF9A" w14:textId="77777777" w:rsidTr="00FA4F51">
        <w:tc>
          <w:tcPr>
            <w:tcW w:w="1440" w:type="dxa"/>
          </w:tcPr>
          <w:p w14:paraId="5D740E45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48544A0D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64A9BE85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5EFEE070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72F506A5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</w:tr>
    </w:tbl>
    <w:p w14:paraId="31EAF3EF" w14:textId="77777777" w:rsidR="00511FF1" w:rsidRPr="00511FF1" w:rsidRDefault="00511FF1" w:rsidP="00511FF1">
      <w:pPr>
        <w:rPr>
          <w:sz w:val="28"/>
          <w:szCs w:val="28"/>
        </w:rPr>
      </w:pPr>
    </w:p>
    <w:p w14:paraId="1D9CDB43" w14:textId="77777777" w:rsidR="00511FF1" w:rsidRPr="00511FF1" w:rsidRDefault="00511FF1" w:rsidP="00511FF1">
      <w:pPr>
        <w:rPr>
          <w:sz w:val="28"/>
          <w:szCs w:val="28"/>
        </w:rPr>
      </w:pPr>
      <w:r w:rsidRPr="00511FF1">
        <w:rPr>
          <w:sz w:val="28"/>
          <w:szCs w:val="28"/>
        </w:rPr>
        <w:t>7. I understand what pressure injuries are and how they are prevented.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</w:tblGrid>
      <w:tr w:rsidR="00511FF1" w:rsidRPr="00511FF1" w14:paraId="1A147E59" w14:textId="77777777" w:rsidTr="00FA4F51">
        <w:tc>
          <w:tcPr>
            <w:tcW w:w="1440" w:type="dxa"/>
          </w:tcPr>
          <w:p w14:paraId="4811200B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☺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agree</w:t>
            </w:r>
          </w:p>
        </w:tc>
        <w:tc>
          <w:tcPr>
            <w:tcW w:w="1440" w:type="dxa"/>
          </w:tcPr>
          <w:p w14:paraId="5407174B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🙂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Agree</w:t>
            </w:r>
          </w:p>
        </w:tc>
        <w:tc>
          <w:tcPr>
            <w:tcW w:w="1440" w:type="dxa"/>
          </w:tcPr>
          <w:p w14:paraId="2F157529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😐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Neutral</w:t>
            </w:r>
          </w:p>
        </w:tc>
        <w:tc>
          <w:tcPr>
            <w:tcW w:w="1440" w:type="dxa"/>
          </w:tcPr>
          <w:p w14:paraId="653C625C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☹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Disagree</w:t>
            </w:r>
          </w:p>
        </w:tc>
        <w:tc>
          <w:tcPr>
            <w:tcW w:w="1440" w:type="dxa"/>
          </w:tcPr>
          <w:p w14:paraId="589653AA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🙁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disagree</w:t>
            </w:r>
          </w:p>
        </w:tc>
      </w:tr>
      <w:tr w:rsidR="00511FF1" w:rsidRPr="00511FF1" w14:paraId="4CA19942" w14:textId="77777777" w:rsidTr="00FA4F51">
        <w:tc>
          <w:tcPr>
            <w:tcW w:w="1440" w:type="dxa"/>
          </w:tcPr>
          <w:p w14:paraId="6D537289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355DD2BA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6B6A0535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5D56A1B6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5F86ACD7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</w:tr>
    </w:tbl>
    <w:p w14:paraId="6E815B0E" w14:textId="77777777" w:rsidR="00511FF1" w:rsidRDefault="00511FF1" w:rsidP="00511FF1">
      <w:pPr>
        <w:rPr>
          <w:sz w:val="28"/>
          <w:szCs w:val="28"/>
        </w:rPr>
      </w:pPr>
    </w:p>
    <w:p w14:paraId="5B5CEBE6" w14:textId="77777777" w:rsidR="00511FF1" w:rsidRDefault="00511FF1" w:rsidP="00511FF1">
      <w:pPr>
        <w:rPr>
          <w:sz w:val="28"/>
          <w:szCs w:val="28"/>
        </w:rPr>
      </w:pPr>
    </w:p>
    <w:p w14:paraId="738F1F5E" w14:textId="4953C885" w:rsidR="00511FF1" w:rsidRPr="00511FF1" w:rsidRDefault="00511FF1" w:rsidP="00511FF1">
      <w:pPr>
        <w:rPr>
          <w:sz w:val="28"/>
          <w:szCs w:val="28"/>
        </w:rPr>
      </w:pPr>
      <w:r w:rsidRPr="00511FF1">
        <w:rPr>
          <w:sz w:val="28"/>
          <w:szCs w:val="28"/>
        </w:rPr>
        <w:t>8. I feel confident that staff use the right information to support my skin health and comfort.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</w:tblGrid>
      <w:tr w:rsidR="00511FF1" w:rsidRPr="00511FF1" w14:paraId="0472B0C2" w14:textId="77777777" w:rsidTr="00FA4F51">
        <w:tc>
          <w:tcPr>
            <w:tcW w:w="1440" w:type="dxa"/>
          </w:tcPr>
          <w:p w14:paraId="00749811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☺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agree</w:t>
            </w:r>
          </w:p>
        </w:tc>
        <w:tc>
          <w:tcPr>
            <w:tcW w:w="1440" w:type="dxa"/>
          </w:tcPr>
          <w:p w14:paraId="13FA6CCA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🙂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Agree</w:t>
            </w:r>
          </w:p>
        </w:tc>
        <w:tc>
          <w:tcPr>
            <w:tcW w:w="1440" w:type="dxa"/>
          </w:tcPr>
          <w:p w14:paraId="092C4619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😐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Neutral</w:t>
            </w:r>
          </w:p>
        </w:tc>
        <w:tc>
          <w:tcPr>
            <w:tcW w:w="1440" w:type="dxa"/>
          </w:tcPr>
          <w:p w14:paraId="0289DB5B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☹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Disagree</w:t>
            </w:r>
          </w:p>
        </w:tc>
        <w:tc>
          <w:tcPr>
            <w:tcW w:w="1440" w:type="dxa"/>
          </w:tcPr>
          <w:p w14:paraId="7DB0D89B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🙁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disagree</w:t>
            </w:r>
          </w:p>
        </w:tc>
      </w:tr>
      <w:tr w:rsidR="00511FF1" w:rsidRPr="00511FF1" w14:paraId="07806F1D" w14:textId="77777777" w:rsidTr="00FA4F51">
        <w:tc>
          <w:tcPr>
            <w:tcW w:w="1440" w:type="dxa"/>
          </w:tcPr>
          <w:p w14:paraId="246A7C67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24334EAA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5F5DA207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261DD151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60F3E40B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</w:tr>
    </w:tbl>
    <w:p w14:paraId="65335B56" w14:textId="77777777" w:rsidR="00511FF1" w:rsidRPr="00511FF1" w:rsidRDefault="00511FF1" w:rsidP="00511FF1">
      <w:pPr>
        <w:rPr>
          <w:sz w:val="28"/>
          <w:szCs w:val="28"/>
        </w:rPr>
      </w:pPr>
    </w:p>
    <w:p w14:paraId="7E43EE18" w14:textId="77777777" w:rsidR="00511FF1" w:rsidRPr="00511FF1" w:rsidRDefault="00511FF1" w:rsidP="00511FF1">
      <w:pPr>
        <w:rPr>
          <w:sz w:val="28"/>
          <w:szCs w:val="28"/>
        </w:rPr>
      </w:pPr>
      <w:r w:rsidRPr="00511FF1">
        <w:rPr>
          <w:sz w:val="28"/>
          <w:szCs w:val="28"/>
        </w:rPr>
        <w:t>9. Overall, I feel safe and supported in relation to my skin care.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</w:tblGrid>
      <w:tr w:rsidR="00511FF1" w:rsidRPr="00511FF1" w14:paraId="26C7114B" w14:textId="77777777" w:rsidTr="00FA4F51">
        <w:tc>
          <w:tcPr>
            <w:tcW w:w="1440" w:type="dxa"/>
          </w:tcPr>
          <w:p w14:paraId="444614B9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☺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agree</w:t>
            </w:r>
          </w:p>
        </w:tc>
        <w:tc>
          <w:tcPr>
            <w:tcW w:w="1440" w:type="dxa"/>
          </w:tcPr>
          <w:p w14:paraId="4F95DC11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🙂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Agree</w:t>
            </w:r>
          </w:p>
        </w:tc>
        <w:tc>
          <w:tcPr>
            <w:tcW w:w="1440" w:type="dxa"/>
          </w:tcPr>
          <w:p w14:paraId="4328505E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😐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Neutral</w:t>
            </w:r>
          </w:p>
        </w:tc>
        <w:tc>
          <w:tcPr>
            <w:tcW w:w="1440" w:type="dxa"/>
          </w:tcPr>
          <w:p w14:paraId="7C9FF7F7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☹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Disagree</w:t>
            </w:r>
          </w:p>
        </w:tc>
        <w:tc>
          <w:tcPr>
            <w:tcW w:w="1440" w:type="dxa"/>
          </w:tcPr>
          <w:p w14:paraId="1FF8CC6C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🙁</w:t>
            </w:r>
            <w:r w:rsidRPr="00511FF1">
              <w:rPr>
                <w:rFonts w:ascii="Segoe UI Symbol" w:hAnsi="Segoe UI Symbol"/>
                <w:sz w:val="28"/>
                <w:szCs w:val="28"/>
              </w:rPr>
              <w:br/>
              <w:t>Strongly disagree</w:t>
            </w:r>
          </w:p>
        </w:tc>
      </w:tr>
      <w:tr w:rsidR="00511FF1" w:rsidRPr="00511FF1" w14:paraId="290CC144" w14:textId="77777777" w:rsidTr="00FA4F51">
        <w:tc>
          <w:tcPr>
            <w:tcW w:w="1440" w:type="dxa"/>
          </w:tcPr>
          <w:p w14:paraId="1E1F7CA9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38FE1771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06D61ECC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5F683C4B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  <w:tc>
          <w:tcPr>
            <w:tcW w:w="1440" w:type="dxa"/>
          </w:tcPr>
          <w:p w14:paraId="3CDDEE53" w14:textId="77777777" w:rsidR="00511FF1" w:rsidRPr="00511FF1" w:rsidRDefault="00511FF1" w:rsidP="00FA4F51">
            <w:pPr>
              <w:jc w:val="center"/>
              <w:rPr>
                <w:sz w:val="28"/>
                <w:szCs w:val="28"/>
              </w:rPr>
            </w:pPr>
            <w:r w:rsidRPr="00511FF1">
              <w:rPr>
                <w:rFonts w:ascii="Segoe UI Symbol" w:hAnsi="Segoe UI Symbol"/>
                <w:sz w:val="28"/>
                <w:szCs w:val="28"/>
              </w:rPr>
              <w:t>☐</w:t>
            </w:r>
          </w:p>
        </w:tc>
      </w:tr>
    </w:tbl>
    <w:p w14:paraId="695F22BF" w14:textId="77777777" w:rsidR="00511FF1" w:rsidRPr="00511FF1" w:rsidRDefault="00511FF1" w:rsidP="00511FF1">
      <w:pPr>
        <w:rPr>
          <w:sz w:val="28"/>
          <w:szCs w:val="28"/>
        </w:rPr>
      </w:pPr>
    </w:p>
    <w:p w14:paraId="2158CD47" w14:textId="46C210A0" w:rsidR="00E861AA" w:rsidRPr="00E861AA" w:rsidRDefault="00E861AA" w:rsidP="0091377E">
      <w:pPr>
        <w:rPr>
          <w:sz w:val="24"/>
          <w:szCs w:val="24"/>
        </w:rPr>
      </w:pPr>
    </w:p>
    <w:p w14:paraId="3EC2E8D3" w14:textId="3532CB36" w:rsidR="00F01D91" w:rsidRPr="00EB189B" w:rsidRDefault="00A06444" w:rsidP="00511FF1">
      <w:pPr>
        <w:pStyle w:val="ListNumber"/>
        <w:numPr>
          <w:ilvl w:val="0"/>
          <w:numId w:val="0"/>
        </w:numPr>
        <w:rPr>
          <w:b/>
          <w:bCs/>
          <w:sz w:val="28"/>
          <w:szCs w:val="28"/>
        </w:rPr>
      </w:pPr>
      <w:r w:rsidRPr="00EB189B">
        <w:rPr>
          <w:b/>
          <w:bCs/>
          <w:sz w:val="28"/>
          <w:szCs w:val="28"/>
        </w:rPr>
        <w:t>Anything Else You’d Like Us to Know?</w:t>
      </w:r>
    </w:p>
    <w:p w14:paraId="577E9DEB" w14:textId="0FC077AE" w:rsidR="00F01D91" w:rsidRDefault="00A06444" w:rsidP="00EB189B">
      <w:pPr>
        <w:rPr>
          <w:sz w:val="24"/>
          <w:szCs w:val="24"/>
        </w:rPr>
      </w:pPr>
      <w:r w:rsidRPr="00E861AA">
        <w:rPr>
          <w:sz w:val="24"/>
          <w:szCs w:val="24"/>
        </w:rPr>
        <w:t>________________________________________________________</w:t>
      </w:r>
      <w:r w:rsidR="00E861AA" w:rsidRPr="00E861AA">
        <w:rPr>
          <w:sz w:val="24"/>
          <w:szCs w:val="24"/>
        </w:rPr>
        <w:t>__________________________________</w:t>
      </w:r>
      <w:r w:rsidR="005A603A">
        <w:rPr>
          <w:sz w:val="24"/>
          <w:szCs w:val="24"/>
        </w:rPr>
        <w:t>______________________</w:t>
      </w:r>
    </w:p>
    <w:p w14:paraId="2718D8B0" w14:textId="6AD0A375" w:rsidR="004B29E7" w:rsidRDefault="004B29E7" w:rsidP="00EB189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</w:t>
      </w:r>
    </w:p>
    <w:p w14:paraId="7CE49F1F" w14:textId="581A17B8" w:rsidR="004B29E7" w:rsidRPr="00E861AA" w:rsidRDefault="004B29E7" w:rsidP="00EB189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</w:t>
      </w:r>
    </w:p>
    <w:p w14:paraId="2F7D34A9" w14:textId="77777777" w:rsidR="00F01D91" w:rsidRPr="00E861AA" w:rsidRDefault="00A06444">
      <w:pPr>
        <w:rPr>
          <w:sz w:val="28"/>
          <w:szCs w:val="28"/>
        </w:rPr>
      </w:pPr>
      <w:r w:rsidRPr="00E861AA">
        <w:rPr>
          <w:sz w:val="28"/>
          <w:szCs w:val="28"/>
        </w:rPr>
        <w:t>Thank you for taking the time to share your views — your voice helps us make sure care decisions always start with you.</w:t>
      </w:r>
    </w:p>
    <w:sectPr w:rsidR="00F01D91" w:rsidRPr="00E861AA" w:rsidSect="00E861AA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D0556" w14:textId="77777777" w:rsidR="00E11F8B" w:rsidRDefault="00E11F8B" w:rsidP="00932267">
      <w:pPr>
        <w:spacing w:after="0" w:line="240" w:lineRule="auto"/>
      </w:pPr>
      <w:r>
        <w:separator/>
      </w:r>
    </w:p>
  </w:endnote>
  <w:endnote w:type="continuationSeparator" w:id="0">
    <w:p w14:paraId="0A66B5B6" w14:textId="77777777" w:rsidR="00E11F8B" w:rsidRDefault="00E11F8B" w:rsidP="00932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A4F3A" w14:textId="77777777" w:rsidR="00E11F8B" w:rsidRDefault="00E11F8B" w:rsidP="00932267">
      <w:pPr>
        <w:spacing w:after="0" w:line="240" w:lineRule="auto"/>
      </w:pPr>
      <w:r>
        <w:separator/>
      </w:r>
    </w:p>
  </w:footnote>
  <w:footnote w:type="continuationSeparator" w:id="0">
    <w:p w14:paraId="64797357" w14:textId="77777777" w:rsidR="00E11F8B" w:rsidRDefault="00E11F8B" w:rsidP="00932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676C5" w14:textId="37CF560B" w:rsidR="00932267" w:rsidRDefault="0093226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824B957" wp14:editId="2C4652E2">
          <wp:simplePos x="0" y="0"/>
          <wp:positionH relativeFrom="column">
            <wp:posOffset>-419100</wp:posOffset>
          </wp:positionH>
          <wp:positionV relativeFrom="paragraph">
            <wp:posOffset>-390525</wp:posOffset>
          </wp:positionV>
          <wp:extent cx="1628775" cy="723900"/>
          <wp:effectExtent l="0" t="0" r="9525" b="0"/>
          <wp:wrapThrough wrapText="bothSides">
            <wp:wrapPolygon edited="0">
              <wp:start x="0" y="0"/>
              <wp:lineTo x="0" y="21032"/>
              <wp:lineTo x="21474" y="21032"/>
              <wp:lineTo x="21474" y="0"/>
              <wp:lineTo x="0" y="0"/>
            </wp:wrapPolygon>
          </wp:wrapThrough>
          <wp:docPr id="1820652317" name="Picture 1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652317" name="Picture 1" descr="A close-up of a logo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8775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C9039A"/>
    <w:multiLevelType w:val="hybridMultilevel"/>
    <w:tmpl w:val="6728C1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F5CDA"/>
    <w:multiLevelType w:val="hybridMultilevel"/>
    <w:tmpl w:val="6728C17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B6EA2"/>
    <w:multiLevelType w:val="hybridMultilevel"/>
    <w:tmpl w:val="FA485D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557953">
    <w:abstractNumId w:val="8"/>
  </w:num>
  <w:num w:numId="2" w16cid:durableId="1354259167">
    <w:abstractNumId w:val="6"/>
  </w:num>
  <w:num w:numId="3" w16cid:durableId="10575608">
    <w:abstractNumId w:val="5"/>
  </w:num>
  <w:num w:numId="4" w16cid:durableId="1159881236">
    <w:abstractNumId w:val="4"/>
  </w:num>
  <w:num w:numId="5" w16cid:durableId="1170827575">
    <w:abstractNumId w:val="7"/>
  </w:num>
  <w:num w:numId="6" w16cid:durableId="1733700558">
    <w:abstractNumId w:val="3"/>
  </w:num>
  <w:num w:numId="7" w16cid:durableId="482357844">
    <w:abstractNumId w:val="2"/>
  </w:num>
  <w:num w:numId="8" w16cid:durableId="1123227374">
    <w:abstractNumId w:val="1"/>
  </w:num>
  <w:num w:numId="9" w16cid:durableId="2103720555">
    <w:abstractNumId w:val="0"/>
  </w:num>
  <w:num w:numId="10" w16cid:durableId="413941508">
    <w:abstractNumId w:val="11"/>
  </w:num>
  <w:num w:numId="11" w16cid:durableId="553125716">
    <w:abstractNumId w:val="7"/>
  </w:num>
  <w:num w:numId="12" w16cid:durableId="36899241">
    <w:abstractNumId w:val="7"/>
  </w:num>
  <w:num w:numId="13" w16cid:durableId="1082265117">
    <w:abstractNumId w:val="10"/>
  </w:num>
  <w:num w:numId="14" w16cid:durableId="1590231069">
    <w:abstractNumId w:val="9"/>
  </w:num>
  <w:num w:numId="15" w16cid:durableId="1791784207">
    <w:abstractNumId w:val="7"/>
  </w:num>
  <w:num w:numId="16" w16cid:durableId="2122725524">
    <w:abstractNumId w:val="7"/>
  </w:num>
  <w:num w:numId="17" w16cid:durableId="7992288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0A9"/>
    <w:rsid w:val="00034616"/>
    <w:rsid w:val="0006063C"/>
    <w:rsid w:val="000F740C"/>
    <w:rsid w:val="0015074B"/>
    <w:rsid w:val="00237BC0"/>
    <w:rsid w:val="0029639D"/>
    <w:rsid w:val="00326F90"/>
    <w:rsid w:val="004427B5"/>
    <w:rsid w:val="00464FAF"/>
    <w:rsid w:val="00466591"/>
    <w:rsid w:val="004736F2"/>
    <w:rsid w:val="004B29E7"/>
    <w:rsid w:val="00511FF1"/>
    <w:rsid w:val="005A603A"/>
    <w:rsid w:val="007D3BE4"/>
    <w:rsid w:val="007E614D"/>
    <w:rsid w:val="00897B9F"/>
    <w:rsid w:val="0091377E"/>
    <w:rsid w:val="00924F16"/>
    <w:rsid w:val="00932267"/>
    <w:rsid w:val="00A06444"/>
    <w:rsid w:val="00AA1D8D"/>
    <w:rsid w:val="00B47730"/>
    <w:rsid w:val="00BC7842"/>
    <w:rsid w:val="00CA4916"/>
    <w:rsid w:val="00CB0664"/>
    <w:rsid w:val="00CB0E30"/>
    <w:rsid w:val="00D41BB9"/>
    <w:rsid w:val="00E11F8B"/>
    <w:rsid w:val="00E861AA"/>
    <w:rsid w:val="00EB189B"/>
    <w:rsid w:val="00F01D91"/>
    <w:rsid w:val="00FC3711"/>
    <w:rsid w:val="00FC693F"/>
    <w:rsid w:val="00FD1937"/>
    <w:rsid w:val="00FF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9127C8"/>
  <w14:defaultImageDpi w14:val="300"/>
  <w15:docId w15:val="{096FFA8E-E932-4565-BF83-DD2C33B1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EB1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FirstParagraph">
    <w:name w:val="First Paragraph"/>
    <w:basedOn w:val="BodyText"/>
    <w:next w:val="BodyText"/>
    <w:qFormat/>
    <w:rsid w:val="000F740C"/>
    <w:pPr>
      <w:spacing w:before="180" w:after="180" w:line="240" w:lineRule="auto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49A9FB1A89BC4A8CD720621F2687D7" ma:contentTypeVersion="13" ma:contentTypeDescription="Create a new document." ma:contentTypeScope="" ma:versionID="81763ccdb1d893b28e739ce201e927f1">
  <xsd:schema xmlns:xsd="http://www.w3.org/2001/XMLSchema" xmlns:xs="http://www.w3.org/2001/XMLSchema" xmlns:p="http://schemas.microsoft.com/office/2006/metadata/properties" xmlns:ns2="237d16af-f65b-43bd-89f1-5b2a006130a9" xmlns:ns3="4a5f9ae5-c8ce-4a95-a6a5-7393a71cf037" targetNamespace="http://schemas.microsoft.com/office/2006/metadata/properties" ma:root="true" ma:fieldsID="912951d254e16fbf8ebeced052eb4830" ns2:_="" ns3:_="">
    <xsd:import namespace="237d16af-f65b-43bd-89f1-5b2a006130a9"/>
    <xsd:import namespace="4a5f9ae5-c8ce-4a95-a6a5-7393a71cf0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_x0020_typ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Organis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d16af-f65b-43bd-89f1-5b2a006130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Document_x0020_type" ma:index="15" nillable="true" ma:displayName="Document type" ma:list="{485ccf5c-3ed7-4262-8154-1a224ccaba0b}" ma:internalName="Document_x0020_type" ma:showField="DocumentType">
      <xsd:simpleType>
        <xsd:restriction base="dms:Lookup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14fc1ee-ee85-4a7e-98b0-8db30ca09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Organisation" ma:index="20" nillable="true" ma:displayName="Organisation" ma:list="{485ccf5c-3ed7-4262-8154-1a224ccaba0b}" ma:internalName="Organisation" ma:showField="FS2_x0020_Organisation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f9ae5-c8ce-4a95-a6a5-7393a71cf0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0552bd7-f7ed-4928-b753-41ff029eb8c3}" ma:internalName="TaxCatchAll" ma:showField="CatchAllData" ma:web="4a5f9ae5-c8ce-4a95-a6a5-7393a71cf0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7d16af-f65b-43bd-89f1-5b2a006130a9">
      <Terms xmlns="http://schemas.microsoft.com/office/infopath/2007/PartnerControls"/>
    </lcf76f155ced4ddcb4097134ff3c332f>
    <TaxCatchAll xmlns="4a5f9ae5-c8ce-4a95-a6a5-7393a71cf037" xsi:nil="true"/>
    <Document_x0020_type xmlns="237d16af-f65b-43bd-89f1-5b2a006130a9" xsi:nil="true"/>
    <Organisation xmlns="237d16af-f65b-43bd-89f1-5b2a006130a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E6E852-8187-4B89-8068-1496CCAA7EB4}"/>
</file>

<file path=customXml/itemProps2.xml><?xml version="1.0" encoding="utf-8"?>
<ds:datastoreItem xmlns:ds="http://schemas.openxmlformats.org/officeDocument/2006/customXml" ds:itemID="{3A6982D9-1DB6-4262-AC53-AB1F622A2C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4d5ace-5389-4d8e-bf5b-797869bbbda3"/>
    <ds:schemaRef ds:uri="a6b565c8-0382-4bba-b97a-289cc51116fa"/>
  </ds:schemaRefs>
</ds:datastoreItem>
</file>

<file path=customXml/itemProps3.xml><?xml version="1.0" encoding="utf-8"?>
<ds:datastoreItem xmlns:ds="http://schemas.openxmlformats.org/officeDocument/2006/customXml" ds:itemID="{3C36577B-01F4-452C-9A69-EEFB0A4996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Emma Burke</cp:lastModifiedBy>
  <cp:revision>19</cp:revision>
  <dcterms:created xsi:type="dcterms:W3CDTF">2025-10-14T04:09:00Z</dcterms:created>
  <dcterms:modified xsi:type="dcterms:W3CDTF">2026-03-03T04:06:00Z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0x0101007849A9FB1A89BC4A8CD720621F2687D7</vt:lpwstr>
  </property>
  <property fmtid="{D5CDD505-2E9C-101B-9397-08002B2CF9AE}" pid="3" name="MediaServiceImageTags">
    <vt:lpwstr/>
  </property>
  <property fmtid="{D5CDD505-2E9C-101B-9397-08002B2CF9AE}" pid="4" name="Order">
    <vt:r8>1319600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