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A988E" w14:textId="77777777" w:rsidR="00200851" w:rsidRDefault="00534A5B">
      <w:pPr>
        <w:pStyle w:val="Heading1"/>
      </w:pPr>
      <w:r>
        <w:t>Tool Implementation Evaluation Checklist</w:t>
      </w:r>
    </w:p>
    <w:p w14:paraId="30621F1A" w14:textId="77777777" w:rsidR="00200851" w:rsidRDefault="00534A5B">
      <w:pPr>
        <w:pStyle w:val="Heading2"/>
      </w:pPr>
      <w:r>
        <w:t>General Information</w:t>
      </w:r>
    </w:p>
    <w:tbl>
      <w:tblPr>
        <w:tblStyle w:val="LightGrid-Accent1"/>
        <w:tblW w:w="0" w:type="auto"/>
        <w:tblLook w:val="04A0" w:firstRow="1" w:lastRow="0" w:firstColumn="1" w:lastColumn="0" w:noHBand="0" w:noVBand="1"/>
      </w:tblPr>
      <w:tblGrid>
        <w:gridCol w:w="4311"/>
        <w:gridCol w:w="4309"/>
      </w:tblGrid>
      <w:tr w:rsidR="00200851" w14:paraId="65011938" w14:textId="77777777" w:rsidTr="00534A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3F4FE2BD" w14:textId="77777777" w:rsidR="00200851" w:rsidRDefault="00534A5B">
            <w:r>
              <w:t>Facility area / unit</w:t>
            </w:r>
          </w:p>
        </w:tc>
        <w:tc>
          <w:tcPr>
            <w:tcW w:w="4320" w:type="dxa"/>
          </w:tcPr>
          <w:p w14:paraId="76BA52A2" w14:textId="77777777" w:rsidR="00200851" w:rsidRDefault="0020085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00851" w14:paraId="428DA720" w14:textId="77777777" w:rsidTr="00534A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763169A9" w14:textId="77777777" w:rsidR="00200851" w:rsidRDefault="00534A5B">
            <w:r>
              <w:t>Date</w:t>
            </w:r>
          </w:p>
        </w:tc>
        <w:tc>
          <w:tcPr>
            <w:tcW w:w="4320" w:type="dxa"/>
          </w:tcPr>
          <w:p w14:paraId="60AF5CF2" w14:textId="77777777" w:rsidR="00200851" w:rsidRDefault="002008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00851" w14:paraId="597D83DA" w14:textId="77777777" w:rsidTr="00534A5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4F515017" w14:textId="77777777" w:rsidR="00200851" w:rsidRDefault="00534A5B">
            <w:r>
              <w:t>Shift</w:t>
            </w:r>
          </w:p>
        </w:tc>
        <w:tc>
          <w:tcPr>
            <w:tcW w:w="4320" w:type="dxa"/>
          </w:tcPr>
          <w:p w14:paraId="7D7A578C" w14:textId="77777777" w:rsidR="00200851" w:rsidRDefault="0020085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200851" w14:paraId="009D88A5" w14:textId="77777777" w:rsidTr="00534A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3F3834E9" w14:textId="77777777" w:rsidR="00200851" w:rsidRDefault="00534A5B">
            <w:r>
              <w:t>RN on duty</w:t>
            </w:r>
          </w:p>
        </w:tc>
        <w:tc>
          <w:tcPr>
            <w:tcW w:w="4320" w:type="dxa"/>
          </w:tcPr>
          <w:p w14:paraId="6A52AC01" w14:textId="77777777" w:rsidR="00200851" w:rsidRDefault="002008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00851" w14:paraId="54A155BD" w14:textId="77777777" w:rsidTr="00534A5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368FD318" w14:textId="77777777" w:rsidR="00200851" w:rsidRDefault="00534A5B">
            <w:r>
              <w:t>Staff present during review (optional)</w:t>
            </w:r>
          </w:p>
        </w:tc>
        <w:tc>
          <w:tcPr>
            <w:tcW w:w="4320" w:type="dxa"/>
          </w:tcPr>
          <w:p w14:paraId="06A83DBD" w14:textId="77777777" w:rsidR="00200851" w:rsidRDefault="0020085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7FD63C37" w14:textId="77777777" w:rsidR="006E27BA" w:rsidRDefault="006E27B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644D182B" w14:textId="77777777" w:rsidR="006E27BA" w:rsidRDefault="006E27B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62CD28AA" w14:textId="77777777" w:rsidR="006E27BA" w:rsidRDefault="006E27B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46A21F8E" w14:textId="77777777" w:rsidR="006E27BA" w:rsidRDefault="006E27B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200851" w14:paraId="6F32F1FC" w14:textId="77777777" w:rsidTr="00534A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4C63149E" w14:textId="77777777" w:rsidR="00200851" w:rsidRDefault="00534A5B">
            <w:r>
              <w:t>Audit completed by (Name &amp; Position)</w:t>
            </w:r>
          </w:p>
        </w:tc>
        <w:tc>
          <w:tcPr>
            <w:tcW w:w="4320" w:type="dxa"/>
          </w:tcPr>
          <w:p w14:paraId="101ACCE4" w14:textId="77777777" w:rsidR="00200851" w:rsidRDefault="002008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107A425E" w14:textId="77777777" w:rsidR="00200851" w:rsidRDefault="00534A5B">
      <w:pPr>
        <w:pStyle w:val="Heading2"/>
      </w:pPr>
      <w:r>
        <w:t>Section 1: High-Risk Resident Register</w:t>
      </w:r>
    </w:p>
    <w:p w14:paraId="3D50C054" w14:textId="77777777" w:rsidR="00200851" w:rsidRPr="00534A5B" w:rsidRDefault="00534A5B">
      <w:pPr>
        <w:rPr>
          <w:b/>
          <w:bCs/>
        </w:rPr>
      </w:pPr>
      <w:r w:rsidRPr="00534A5B">
        <w:rPr>
          <w:b/>
          <w:bCs/>
        </w:rPr>
        <w:t>Register Availability &amp; Currency</w:t>
      </w:r>
    </w:p>
    <w:p w14:paraId="2241804D" w14:textId="3A8F27F0" w:rsidR="00F7265B" w:rsidRPr="00F7265B" w:rsidRDefault="00F7265B" w:rsidP="00F7265B">
      <w:pPr>
        <w:spacing w:after="0"/>
        <w:rPr>
          <w:b/>
          <w:bCs/>
        </w:rPr>
      </w:pPr>
      <w:r w:rsidRPr="00F7265B">
        <w:rPr>
          <w:b/>
          <w:bCs/>
        </w:rPr>
        <w:t>Tick all that apply:</w:t>
      </w:r>
    </w:p>
    <w:p w14:paraId="5DEF287C" w14:textId="3E29DF12" w:rsidR="00200851" w:rsidRDefault="00534A5B" w:rsidP="00F7265B">
      <w:pPr>
        <w:spacing w:after="0"/>
      </w:pPr>
      <w:r>
        <w:t xml:space="preserve">☐ </w:t>
      </w:r>
      <w:r w:rsidR="006D62B9">
        <w:t>Touch screen</w:t>
      </w:r>
      <w:r w:rsidR="00D77C66">
        <w:t xml:space="preserve"> available and working</w:t>
      </w:r>
    </w:p>
    <w:p w14:paraId="3AF1124F" w14:textId="69004A70" w:rsidR="00200851" w:rsidRDefault="00534A5B" w:rsidP="00F7265B">
      <w:pPr>
        <w:spacing w:after="0"/>
      </w:pPr>
      <w:r>
        <w:t>☐ Register is up to date (</w:t>
      </w:r>
      <w:r w:rsidR="00D77C66">
        <w:t>refreshing regularly</w:t>
      </w:r>
      <w:r>
        <w:t>)</w:t>
      </w:r>
    </w:p>
    <w:p w14:paraId="4D5844CE" w14:textId="15437FF2" w:rsidR="00200851" w:rsidRDefault="00534A5B" w:rsidP="00F7265B">
      <w:pPr>
        <w:spacing w:after="0"/>
      </w:pPr>
      <w:r>
        <w:t>☐ All expected residents are listed</w:t>
      </w:r>
      <w:r w:rsidR="00D77C66">
        <w:t xml:space="preserve"> (incident report and skin assessments completed)</w:t>
      </w:r>
    </w:p>
    <w:p w14:paraId="72792DDD" w14:textId="265BF497" w:rsidR="00566442" w:rsidRDefault="00534A5B" w:rsidP="00F7265B">
      <w:pPr>
        <w:spacing w:after="0"/>
      </w:pPr>
      <w:r>
        <w:t xml:space="preserve">☐ All fields completed (resident name, location, </w:t>
      </w:r>
      <w:r w:rsidR="00566442">
        <w:t>care</w:t>
      </w:r>
      <w:r>
        <w:t xml:space="preserve"> needs)</w:t>
      </w:r>
    </w:p>
    <w:p w14:paraId="5FA41E5F" w14:textId="77777777" w:rsidR="00F7265B" w:rsidRDefault="00F7265B">
      <w:pPr>
        <w:rPr>
          <w:b/>
          <w:bCs/>
        </w:rPr>
      </w:pPr>
    </w:p>
    <w:p w14:paraId="15F71040" w14:textId="33E1270E" w:rsidR="00200851" w:rsidRPr="00534A5B" w:rsidRDefault="00534A5B">
      <w:pPr>
        <w:rPr>
          <w:b/>
          <w:bCs/>
        </w:rPr>
      </w:pPr>
      <w:r w:rsidRPr="00534A5B">
        <w:rPr>
          <w:b/>
          <w:bCs/>
        </w:rPr>
        <w:t>Accuracy Check</w:t>
      </w:r>
    </w:p>
    <w:tbl>
      <w:tblPr>
        <w:tblStyle w:val="LightGrid-Accent1"/>
        <w:tblW w:w="0" w:type="auto"/>
        <w:tblLook w:val="04A0" w:firstRow="1" w:lastRow="0" w:firstColumn="1" w:lastColumn="0" w:noHBand="0" w:noVBand="1"/>
      </w:tblPr>
      <w:tblGrid>
        <w:gridCol w:w="4311"/>
        <w:gridCol w:w="4309"/>
      </w:tblGrid>
      <w:tr w:rsidR="00200851" w14:paraId="558D4CF2" w14:textId="77777777" w:rsidTr="00534A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42371C13" w14:textId="2B3A7526" w:rsidR="00200851" w:rsidRDefault="00472C4C">
            <w:r>
              <w:t xml:space="preserve">No. of </w:t>
            </w:r>
            <w:r w:rsidR="00534A5B">
              <w:t>Records checked</w:t>
            </w:r>
          </w:p>
        </w:tc>
        <w:tc>
          <w:tcPr>
            <w:tcW w:w="4320" w:type="dxa"/>
          </w:tcPr>
          <w:p w14:paraId="573CE0EA" w14:textId="77777777" w:rsidR="00200851" w:rsidRDefault="0020085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00851" w14:paraId="1D9CFF85" w14:textId="77777777" w:rsidTr="00534A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28CDB4E2" w14:textId="30D053B6" w:rsidR="00200851" w:rsidRDefault="007411B9">
            <w:r>
              <w:t xml:space="preserve">No. </w:t>
            </w:r>
            <w:r w:rsidR="00534A5B">
              <w:t>Accurate</w:t>
            </w:r>
          </w:p>
        </w:tc>
        <w:tc>
          <w:tcPr>
            <w:tcW w:w="4320" w:type="dxa"/>
          </w:tcPr>
          <w:p w14:paraId="76A11B30" w14:textId="77777777" w:rsidR="00200851" w:rsidRDefault="002008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00851" w14:paraId="1871ABC4" w14:textId="77777777" w:rsidTr="00534A5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2B034731" w14:textId="5636135D" w:rsidR="00200851" w:rsidRDefault="007411B9">
            <w:r>
              <w:t xml:space="preserve">No. </w:t>
            </w:r>
            <w:r w:rsidR="00534A5B">
              <w:t>Inaccurate</w:t>
            </w:r>
          </w:p>
        </w:tc>
        <w:tc>
          <w:tcPr>
            <w:tcW w:w="4320" w:type="dxa"/>
          </w:tcPr>
          <w:p w14:paraId="37CEED48" w14:textId="77777777" w:rsidR="00200851" w:rsidRDefault="0020085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</w:tbl>
    <w:p w14:paraId="55B79885" w14:textId="77777777" w:rsidR="00534A5B" w:rsidRDefault="00534A5B" w:rsidP="00534A5B"/>
    <w:p w14:paraId="5BD7320D" w14:textId="09C7EC0E" w:rsidR="00200851" w:rsidRDefault="00534A5B" w:rsidP="00534A5B">
      <w:r>
        <w:t>Nature of inaccuracies:</w:t>
      </w:r>
      <w:r>
        <w:br/>
      </w:r>
      <w:r>
        <w:br/>
      </w:r>
    </w:p>
    <w:p w14:paraId="69A8113C" w14:textId="77777777" w:rsidR="00200851" w:rsidRDefault="00534A5B">
      <w:r>
        <w:t>Comments / Issues Identified:</w:t>
      </w:r>
      <w:r>
        <w:br/>
      </w:r>
      <w:r>
        <w:br/>
      </w:r>
    </w:p>
    <w:tbl>
      <w:tblPr>
        <w:tblStyle w:val="LightGrid-Accent1"/>
        <w:tblW w:w="0" w:type="auto"/>
        <w:tblLook w:val="04A0" w:firstRow="1" w:lastRow="0" w:firstColumn="1" w:lastColumn="0" w:noHBand="0" w:noVBand="1"/>
      </w:tblPr>
      <w:tblGrid>
        <w:gridCol w:w="2874"/>
        <w:gridCol w:w="2874"/>
        <w:gridCol w:w="2872"/>
      </w:tblGrid>
      <w:tr w:rsidR="00200851" w14:paraId="494B4CC5" w14:textId="77777777" w:rsidTr="00F726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4" w:type="dxa"/>
          </w:tcPr>
          <w:p w14:paraId="6B18B503" w14:textId="77777777" w:rsidR="00200851" w:rsidRDefault="00534A5B">
            <w:r>
              <w:t>Action Required</w:t>
            </w:r>
          </w:p>
        </w:tc>
        <w:tc>
          <w:tcPr>
            <w:tcW w:w="2874" w:type="dxa"/>
          </w:tcPr>
          <w:p w14:paraId="2DE514AD" w14:textId="77777777" w:rsidR="00200851" w:rsidRDefault="00534A5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Responsible Person</w:t>
            </w:r>
          </w:p>
        </w:tc>
        <w:tc>
          <w:tcPr>
            <w:tcW w:w="2872" w:type="dxa"/>
          </w:tcPr>
          <w:p w14:paraId="4856E991" w14:textId="77777777" w:rsidR="00200851" w:rsidRDefault="00534A5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Due Date</w:t>
            </w:r>
          </w:p>
        </w:tc>
      </w:tr>
      <w:tr w:rsidR="00534A5B" w14:paraId="725AB3FC" w14:textId="77777777" w:rsidTr="00F726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4" w:type="dxa"/>
          </w:tcPr>
          <w:p w14:paraId="2FDF5C08" w14:textId="77777777" w:rsidR="00534A5B" w:rsidRDefault="00534A5B"/>
        </w:tc>
        <w:tc>
          <w:tcPr>
            <w:tcW w:w="2874" w:type="dxa"/>
          </w:tcPr>
          <w:p w14:paraId="26DA6C4F" w14:textId="77777777" w:rsidR="00534A5B" w:rsidRDefault="00534A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72" w:type="dxa"/>
          </w:tcPr>
          <w:p w14:paraId="2479DE87" w14:textId="77777777" w:rsidR="00534A5B" w:rsidRDefault="00534A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34A5B" w14:paraId="7537A0D4" w14:textId="77777777" w:rsidTr="00F7265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4" w:type="dxa"/>
          </w:tcPr>
          <w:p w14:paraId="75973D09" w14:textId="77777777" w:rsidR="00534A5B" w:rsidRDefault="00534A5B"/>
        </w:tc>
        <w:tc>
          <w:tcPr>
            <w:tcW w:w="2874" w:type="dxa"/>
          </w:tcPr>
          <w:p w14:paraId="460D853E" w14:textId="77777777" w:rsidR="00534A5B" w:rsidRDefault="00534A5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2872" w:type="dxa"/>
          </w:tcPr>
          <w:p w14:paraId="0FBD88D9" w14:textId="77777777" w:rsidR="00534A5B" w:rsidRDefault="00534A5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</w:tbl>
    <w:p w14:paraId="3B7FB566" w14:textId="4FF4EEB1" w:rsidR="00045BD9" w:rsidRDefault="00045BD9">
      <w:pPr>
        <w:pStyle w:val="Heading2"/>
      </w:pPr>
    </w:p>
    <w:p w14:paraId="7F2063AD" w14:textId="77777777" w:rsidR="00987507" w:rsidRPr="00987507" w:rsidRDefault="00987507" w:rsidP="00987507"/>
    <w:p w14:paraId="7DFAAA78" w14:textId="77777777" w:rsidR="00F7265B" w:rsidRDefault="00F7265B">
      <w:pPr>
        <w:pStyle w:val="Heading2"/>
      </w:pPr>
    </w:p>
    <w:p w14:paraId="68CD0D63" w14:textId="20FBFBE1" w:rsidR="00200851" w:rsidRDefault="00534A5B">
      <w:pPr>
        <w:pStyle w:val="Heading2"/>
      </w:pPr>
      <w:r>
        <w:t>Section 2: Handover Checklist</w:t>
      </w:r>
    </w:p>
    <w:p w14:paraId="2CA5F095" w14:textId="029B109F" w:rsidR="00534A5B" w:rsidRDefault="00534A5B" w:rsidP="00534A5B">
      <w:pPr>
        <w:rPr>
          <w:b/>
          <w:bCs/>
        </w:rPr>
      </w:pPr>
      <w:r>
        <w:rPr>
          <w:b/>
          <w:bCs/>
        </w:rPr>
        <w:t>Checklist</w:t>
      </w:r>
      <w:r w:rsidRPr="00534A5B">
        <w:rPr>
          <w:b/>
          <w:bCs/>
        </w:rPr>
        <w:t xml:space="preserve"> Availability &amp; Currency</w:t>
      </w:r>
    </w:p>
    <w:p w14:paraId="2D7F2C92" w14:textId="77777777" w:rsidR="00F7265B" w:rsidRDefault="00F7265B" w:rsidP="00F7265B">
      <w:pPr>
        <w:spacing w:after="0"/>
        <w:rPr>
          <w:b/>
          <w:bCs/>
        </w:rPr>
      </w:pPr>
      <w:r>
        <w:rPr>
          <w:b/>
          <w:bCs/>
        </w:rPr>
        <w:t>Tick all that apply:</w:t>
      </w:r>
    </w:p>
    <w:p w14:paraId="1D87776B" w14:textId="1C922416" w:rsidR="00200851" w:rsidRDefault="00534A5B" w:rsidP="00F7265B">
      <w:pPr>
        <w:spacing w:after="0"/>
      </w:pPr>
      <w:r>
        <w:t>☐ Checklist available at handover location</w:t>
      </w:r>
    </w:p>
    <w:p w14:paraId="70FCFF49" w14:textId="77777777" w:rsidR="00200851" w:rsidRDefault="00534A5B" w:rsidP="00F7265B">
      <w:pPr>
        <w:spacing w:after="0"/>
      </w:pPr>
      <w:r>
        <w:t>☐ Completed for the current shift</w:t>
      </w:r>
    </w:p>
    <w:p w14:paraId="34DA954C" w14:textId="77777777" w:rsidR="00200851" w:rsidRDefault="00534A5B" w:rsidP="00F7265B">
      <w:pPr>
        <w:spacing w:after="0"/>
      </w:pPr>
      <w:r>
        <w:t>☐ All mandatory fields completed</w:t>
      </w:r>
    </w:p>
    <w:p w14:paraId="144FCDD6" w14:textId="77777777" w:rsidR="00200851" w:rsidRDefault="00534A5B" w:rsidP="00F7265B">
      <w:pPr>
        <w:spacing w:after="0"/>
      </w:pPr>
      <w:r>
        <w:t>☐ Outstanding tasks handed over appropriately</w:t>
      </w:r>
    </w:p>
    <w:p w14:paraId="3C69786E" w14:textId="77777777" w:rsidR="009F6ABB" w:rsidRDefault="009F6ABB">
      <w:pPr>
        <w:rPr>
          <w:b/>
          <w:bCs/>
        </w:rPr>
      </w:pPr>
    </w:p>
    <w:p w14:paraId="54983A78" w14:textId="688B2078" w:rsidR="00200851" w:rsidRPr="00534A5B" w:rsidRDefault="00534A5B">
      <w:pPr>
        <w:rPr>
          <w:b/>
          <w:bCs/>
        </w:rPr>
      </w:pPr>
      <w:r w:rsidRPr="00534A5B">
        <w:rPr>
          <w:b/>
          <w:bCs/>
        </w:rPr>
        <w:t>Accuracy Check</w:t>
      </w:r>
    </w:p>
    <w:tbl>
      <w:tblPr>
        <w:tblStyle w:val="LightGrid-Accent1"/>
        <w:tblW w:w="0" w:type="auto"/>
        <w:tblLook w:val="04A0" w:firstRow="1" w:lastRow="0" w:firstColumn="1" w:lastColumn="0" w:noHBand="0" w:noVBand="1"/>
      </w:tblPr>
      <w:tblGrid>
        <w:gridCol w:w="4311"/>
        <w:gridCol w:w="4309"/>
      </w:tblGrid>
      <w:tr w:rsidR="00200851" w14:paraId="310288A2" w14:textId="77777777" w:rsidTr="00534A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6F08027B" w14:textId="4F2D32E8" w:rsidR="00200851" w:rsidRDefault="00472C4C">
            <w:r>
              <w:t>No. of Records Checked</w:t>
            </w:r>
          </w:p>
        </w:tc>
        <w:tc>
          <w:tcPr>
            <w:tcW w:w="4320" w:type="dxa"/>
          </w:tcPr>
          <w:p w14:paraId="21541050" w14:textId="77777777" w:rsidR="00200851" w:rsidRDefault="0020085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00851" w14:paraId="0D956433" w14:textId="77777777" w:rsidTr="00534A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494071D6" w14:textId="28228974" w:rsidR="00200851" w:rsidRDefault="007411B9">
            <w:r>
              <w:t xml:space="preserve">No. </w:t>
            </w:r>
            <w:r w:rsidR="00534A5B">
              <w:t>Accurate</w:t>
            </w:r>
          </w:p>
        </w:tc>
        <w:tc>
          <w:tcPr>
            <w:tcW w:w="4320" w:type="dxa"/>
          </w:tcPr>
          <w:p w14:paraId="485C076B" w14:textId="77777777" w:rsidR="00200851" w:rsidRDefault="002008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00851" w14:paraId="29F4C668" w14:textId="77777777" w:rsidTr="00534A5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3731A137" w14:textId="1ACD7A88" w:rsidR="00200851" w:rsidRDefault="007411B9">
            <w:r>
              <w:t xml:space="preserve">No. </w:t>
            </w:r>
            <w:r w:rsidR="00534A5B">
              <w:t>Inaccurate</w:t>
            </w:r>
          </w:p>
        </w:tc>
        <w:tc>
          <w:tcPr>
            <w:tcW w:w="4320" w:type="dxa"/>
          </w:tcPr>
          <w:p w14:paraId="060286A9" w14:textId="77777777" w:rsidR="00200851" w:rsidRDefault="0020085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</w:tbl>
    <w:p w14:paraId="16C730A7" w14:textId="77777777" w:rsidR="00534A5B" w:rsidRDefault="00534A5B"/>
    <w:p w14:paraId="2E6C426C" w14:textId="7F63126F" w:rsidR="00200851" w:rsidRDefault="00534A5B">
      <w:r>
        <w:t>Nature of inaccuracies:</w:t>
      </w:r>
      <w:r>
        <w:br/>
      </w:r>
      <w:r>
        <w:br/>
      </w:r>
    </w:p>
    <w:p w14:paraId="7F7E4D2A" w14:textId="77777777" w:rsidR="00D06A10" w:rsidRDefault="00D06A10"/>
    <w:p w14:paraId="179453A8" w14:textId="77777777" w:rsidR="00D06A10" w:rsidRDefault="00D06A10"/>
    <w:p w14:paraId="0896FB23" w14:textId="77777777" w:rsidR="00D06A10" w:rsidRDefault="00534A5B">
      <w:r>
        <w:t>Comments / Issues Identified:</w:t>
      </w:r>
      <w:r>
        <w:br/>
      </w:r>
    </w:p>
    <w:p w14:paraId="137F1C13" w14:textId="77777777" w:rsidR="00D06A10" w:rsidRDefault="00D06A10"/>
    <w:p w14:paraId="0A3CFD62" w14:textId="232D14AE" w:rsidR="00200851" w:rsidRDefault="00534A5B">
      <w:r>
        <w:br/>
      </w:r>
    </w:p>
    <w:tbl>
      <w:tblPr>
        <w:tblStyle w:val="LightGrid-Accent1"/>
        <w:tblW w:w="0" w:type="auto"/>
        <w:tblLook w:val="04A0" w:firstRow="1" w:lastRow="0" w:firstColumn="1" w:lastColumn="0" w:noHBand="0" w:noVBand="1"/>
      </w:tblPr>
      <w:tblGrid>
        <w:gridCol w:w="2874"/>
        <w:gridCol w:w="2874"/>
        <w:gridCol w:w="2872"/>
      </w:tblGrid>
      <w:tr w:rsidR="00200851" w14:paraId="4480862A" w14:textId="77777777" w:rsidTr="00534A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60D14B67" w14:textId="77777777" w:rsidR="00200851" w:rsidRDefault="00534A5B">
            <w:r>
              <w:t>Action Required</w:t>
            </w:r>
          </w:p>
        </w:tc>
        <w:tc>
          <w:tcPr>
            <w:tcW w:w="2880" w:type="dxa"/>
          </w:tcPr>
          <w:p w14:paraId="58468E1A" w14:textId="77777777" w:rsidR="00200851" w:rsidRDefault="00534A5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Responsible Person</w:t>
            </w:r>
          </w:p>
        </w:tc>
        <w:tc>
          <w:tcPr>
            <w:tcW w:w="2880" w:type="dxa"/>
          </w:tcPr>
          <w:p w14:paraId="25C65390" w14:textId="77777777" w:rsidR="00200851" w:rsidRDefault="00534A5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Due Date</w:t>
            </w:r>
          </w:p>
        </w:tc>
      </w:tr>
      <w:tr w:rsidR="00534A5B" w14:paraId="21DEF76B" w14:textId="77777777" w:rsidTr="00534A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4897D7B2" w14:textId="77777777" w:rsidR="00534A5B" w:rsidRDefault="00534A5B">
            <w:pPr>
              <w:rPr>
                <w:b w:val="0"/>
                <w:bCs w:val="0"/>
              </w:rPr>
            </w:pPr>
          </w:p>
          <w:p w14:paraId="581C05FE" w14:textId="77777777" w:rsidR="00D06A10" w:rsidRDefault="00D06A10"/>
          <w:p w14:paraId="0D6F197C" w14:textId="77777777" w:rsidR="00D06A10" w:rsidRDefault="00D06A10"/>
          <w:p w14:paraId="5339AB36" w14:textId="77777777" w:rsidR="00D06A10" w:rsidRDefault="00D06A10">
            <w:pPr>
              <w:rPr>
                <w:b w:val="0"/>
                <w:bCs w:val="0"/>
              </w:rPr>
            </w:pPr>
          </w:p>
          <w:p w14:paraId="24283745" w14:textId="77777777" w:rsidR="00D06A10" w:rsidRDefault="00D06A10">
            <w:pPr>
              <w:rPr>
                <w:b w:val="0"/>
                <w:bCs w:val="0"/>
              </w:rPr>
            </w:pPr>
          </w:p>
          <w:p w14:paraId="72DCEED0" w14:textId="77777777" w:rsidR="00D06A10" w:rsidRDefault="00D06A10"/>
        </w:tc>
        <w:tc>
          <w:tcPr>
            <w:tcW w:w="2880" w:type="dxa"/>
          </w:tcPr>
          <w:p w14:paraId="20C2A1EB" w14:textId="77777777" w:rsidR="00534A5B" w:rsidRDefault="00534A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80" w:type="dxa"/>
          </w:tcPr>
          <w:p w14:paraId="65CA6DB0" w14:textId="77777777" w:rsidR="00534A5B" w:rsidRDefault="00534A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34A5B" w14:paraId="6A81A836" w14:textId="77777777" w:rsidTr="00534A5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7D553E34" w14:textId="77777777" w:rsidR="00534A5B" w:rsidRDefault="00534A5B">
            <w:pPr>
              <w:rPr>
                <w:b w:val="0"/>
                <w:bCs w:val="0"/>
              </w:rPr>
            </w:pPr>
          </w:p>
          <w:p w14:paraId="21EC669A" w14:textId="77777777" w:rsidR="00D06A10" w:rsidRDefault="00D06A10">
            <w:pPr>
              <w:rPr>
                <w:b w:val="0"/>
                <w:bCs w:val="0"/>
              </w:rPr>
            </w:pPr>
          </w:p>
          <w:p w14:paraId="0C2B6F6B" w14:textId="77777777" w:rsidR="00D06A10" w:rsidRDefault="00D06A10">
            <w:pPr>
              <w:rPr>
                <w:b w:val="0"/>
                <w:bCs w:val="0"/>
              </w:rPr>
            </w:pPr>
          </w:p>
          <w:p w14:paraId="265A93B5" w14:textId="77777777" w:rsidR="00D06A10" w:rsidRDefault="00D06A10">
            <w:pPr>
              <w:rPr>
                <w:b w:val="0"/>
                <w:bCs w:val="0"/>
              </w:rPr>
            </w:pPr>
          </w:p>
          <w:p w14:paraId="7BA7EE9A" w14:textId="77777777" w:rsidR="00D06A10" w:rsidRDefault="00D06A10"/>
        </w:tc>
        <w:tc>
          <w:tcPr>
            <w:tcW w:w="2880" w:type="dxa"/>
          </w:tcPr>
          <w:p w14:paraId="747980DB" w14:textId="77777777" w:rsidR="00534A5B" w:rsidRDefault="00534A5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2880" w:type="dxa"/>
          </w:tcPr>
          <w:p w14:paraId="74513596" w14:textId="77777777" w:rsidR="00534A5B" w:rsidRDefault="00534A5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</w:tbl>
    <w:p w14:paraId="11A7E4B5" w14:textId="20095B53" w:rsidR="00200851" w:rsidRDefault="00534A5B">
      <w:pPr>
        <w:pStyle w:val="Heading2"/>
      </w:pPr>
      <w:r>
        <w:lastRenderedPageBreak/>
        <w:t>Section 3: Visual Indicators</w:t>
      </w:r>
    </w:p>
    <w:p w14:paraId="39A9A128" w14:textId="624A3089" w:rsidR="00534A5B" w:rsidRDefault="00534A5B" w:rsidP="00534A5B">
      <w:pPr>
        <w:rPr>
          <w:b/>
          <w:bCs/>
        </w:rPr>
      </w:pPr>
      <w:r>
        <w:rPr>
          <w:b/>
          <w:bCs/>
        </w:rPr>
        <w:t xml:space="preserve">Indicators </w:t>
      </w:r>
      <w:r w:rsidRPr="00534A5B">
        <w:rPr>
          <w:b/>
          <w:bCs/>
        </w:rPr>
        <w:t>Availability &amp; Currency</w:t>
      </w:r>
    </w:p>
    <w:p w14:paraId="372E7E14" w14:textId="77777777" w:rsidR="009F6ABB" w:rsidRDefault="009F6ABB" w:rsidP="009F6ABB">
      <w:pPr>
        <w:spacing w:after="0"/>
        <w:rPr>
          <w:b/>
          <w:bCs/>
        </w:rPr>
      </w:pPr>
      <w:r>
        <w:rPr>
          <w:b/>
          <w:bCs/>
        </w:rPr>
        <w:t>Tick all that apply:</w:t>
      </w:r>
    </w:p>
    <w:p w14:paraId="70FDB95C" w14:textId="77777777" w:rsidR="00200851" w:rsidRDefault="00534A5B" w:rsidP="009F6ABB">
      <w:pPr>
        <w:spacing w:after="0"/>
      </w:pPr>
      <w:r>
        <w:t>☐ Indicators present where expected</w:t>
      </w:r>
    </w:p>
    <w:p w14:paraId="50BCF4CF" w14:textId="77777777" w:rsidR="00200851" w:rsidRDefault="00534A5B" w:rsidP="009F6ABB">
      <w:pPr>
        <w:spacing w:after="0"/>
      </w:pPr>
      <w:r>
        <w:t>☐ Visible and unobstructed</w:t>
      </w:r>
    </w:p>
    <w:p w14:paraId="7C0882BC" w14:textId="77777777" w:rsidR="00200851" w:rsidRDefault="00534A5B" w:rsidP="009F6ABB">
      <w:pPr>
        <w:spacing w:after="0"/>
      </w:pPr>
      <w:r>
        <w:t xml:space="preserve">☐ Correct </w:t>
      </w:r>
      <w:proofErr w:type="spellStart"/>
      <w:r>
        <w:t>colour</w:t>
      </w:r>
      <w:proofErr w:type="spellEnd"/>
      <w:r>
        <w:t>/type used</w:t>
      </w:r>
    </w:p>
    <w:p w14:paraId="3BB386E4" w14:textId="77777777" w:rsidR="009F6ABB" w:rsidRDefault="009F6ABB">
      <w:pPr>
        <w:rPr>
          <w:b/>
          <w:bCs/>
        </w:rPr>
      </w:pPr>
    </w:p>
    <w:p w14:paraId="6D8C68D2" w14:textId="7A8E2F25" w:rsidR="00200851" w:rsidRPr="00534A5B" w:rsidRDefault="00534A5B">
      <w:pPr>
        <w:rPr>
          <w:b/>
          <w:bCs/>
        </w:rPr>
      </w:pPr>
      <w:r w:rsidRPr="00534A5B">
        <w:rPr>
          <w:b/>
          <w:bCs/>
        </w:rPr>
        <w:t>Accuracy Check</w:t>
      </w:r>
    </w:p>
    <w:tbl>
      <w:tblPr>
        <w:tblStyle w:val="LightGrid-Accent1"/>
        <w:tblW w:w="0" w:type="auto"/>
        <w:tblLook w:val="04A0" w:firstRow="1" w:lastRow="0" w:firstColumn="1" w:lastColumn="0" w:noHBand="0" w:noVBand="1"/>
      </w:tblPr>
      <w:tblGrid>
        <w:gridCol w:w="4311"/>
        <w:gridCol w:w="4309"/>
      </w:tblGrid>
      <w:tr w:rsidR="00200851" w14:paraId="684CA609" w14:textId="77777777" w:rsidTr="00534A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3E9E2A50" w14:textId="7E232A5C" w:rsidR="00200851" w:rsidRDefault="009F6ABB">
            <w:r>
              <w:t xml:space="preserve">No. of </w:t>
            </w:r>
            <w:r w:rsidR="00534A5B">
              <w:t>Residents who should have indicators</w:t>
            </w:r>
          </w:p>
        </w:tc>
        <w:tc>
          <w:tcPr>
            <w:tcW w:w="4320" w:type="dxa"/>
          </w:tcPr>
          <w:p w14:paraId="54CA19CD" w14:textId="77777777" w:rsidR="00200851" w:rsidRDefault="0020085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00851" w14:paraId="3141ACB8" w14:textId="77777777" w:rsidTr="00534A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5F8A9BEE" w14:textId="095A783B" w:rsidR="00200851" w:rsidRDefault="007411B9">
            <w:r>
              <w:t xml:space="preserve">No. </w:t>
            </w:r>
            <w:r w:rsidR="00534A5B">
              <w:t>Correctly flagged</w:t>
            </w:r>
          </w:p>
        </w:tc>
        <w:tc>
          <w:tcPr>
            <w:tcW w:w="4320" w:type="dxa"/>
          </w:tcPr>
          <w:p w14:paraId="638CF28B" w14:textId="77777777" w:rsidR="00200851" w:rsidRDefault="002008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00851" w14:paraId="236F9C6F" w14:textId="77777777" w:rsidTr="00534A5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3F8BC9BD" w14:textId="60AB95CD" w:rsidR="00200851" w:rsidRDefault="007411B9">
            <w:r>
              <w:t xml:space="preserve">No. </w:t>
            </w:r>
            <w:r w:rsidR="00534A5B">
              <w:t>Missing or incorrect</w:t>
            </w:r>
          </w:p>
        </w:tc>
        <w:tc>
          <w:tcPr>
            <w:tcW w:w="4320" w:type="dxa"/>
          </w:tcPr>
          <w:p w14:paraId="70C728A8" w14:textId="77777777" w:rsidR="00200851" w:rsidRDefault="0020085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</w:tbl>
    <w:p w14:paraId="632B2293" w14:textId="77777777" w:rsidR="00534A5B" w:rsidRDefault="00534A5B"/>
    <w:p w14:paraId="0BD11B47" w14:textId="4F574CD3" w:rsidR="00200851" w:rsidRDefault="00534A5B">
      <w:r>
        <w:t>Nature of errors:</w:t>
      </w:r>
      <w:r>
        <w:br/>
      </w:r>
      <w:r>
        <w:br/>
      </w:r>
    </w:p>
    <w:p w14:paraId="11368573" w14:textId="77777777" w:rsidR="00D06A10" w:rsidRDefault="00D06A10"/>
    <w:p w14:paraId="6832EF78" w14:textId="77777777" w:rsidR="00D06A10" w:rsidRDefault="00D06A10"/>
    <w:p w14:paraId="70103B2C" w14:textId="77777777" w:rsidR="00200851" w:rsidRDefault="00534A5B">
      <w:r>
        <w:t>Comments / Issues Identified:</w:t>
      </w:r>
      <w:r>
        <w:br/>
      </w:r>
      <w:r>
        <w:br/>
      </w:r>
    </w:p>
    <w:p w14:paraId="479B56C0" w14:textId="77777777" w:rsidR="00D06A10" w:rsidRDefault="00D06A10"/>
    <w:p w14:paraId="389B782A" w14:textId="77777777" w:rsidR="00D06A10" w:rsidRDefault="00D06A10"/>
    <w:tbl>
      <w:tblPr>
        <w:tblStyle w:val="LightGrid-Accent1"/>
        <w:tblW w:w="0" w:type="auto"/>
        <w:tblLook w:val="04A0" w:firstRow="1" w:lastRow="0" w:firstColumn="1" w:lastColumn="0" w:noHBand="0" w:noVBand="1"/>
      </w:tblPr>
      <w:tblGrid>
        <w:gridCol w:w="2874"/>
        <w:gridCol w:w="2874"/>
        <w:gridCol w:w="2872"/>
      </w:tblGrid>
      <w:tr w:rsidR="00200851" w14:paraId="279A71DF" w14:textId="77777777" w:rsidTr="00534A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39BAF2A8" w14:textId="77777777" w:rsidR="00200851" w:rsidRDefault="00534A5B">
            <w:r>
              <w:t>Action Required</w:t>
            </w:r>
          </w:p>
        </w:tc>
        <w:tc>
          <w:tcPr>
            <w:tcW w:w="2880" w:type="dxa"/>
          </w:tcPr>
          <w:p w14:paraId="53FBF19E" w14:textId="77777777" w:rsidR="00200851" w:rsidRDefault="00534A5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Responsible Person</w:t>
            </w:r>
          </w:p>
        </w:tc>
        <w:tc>
          <w:tcPr>
            <w:tcW w:w="2880" w:type="dxa"/>
          </w:tcPr>
          <w:p w14:paraId="03712B65" w14:textId="77777777" w:rsidR="00200851" w:rsidRDefault="00534A5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Due Date</w:t>
            </w:r>
          </w:p>
        </w:tc>
      </w:tr>
      <w:tr w:rsidR="00534A5B" w14:paraId="17946BB0" w14:textId="77777777" w:rsidTr="00534A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0B4BACD3" w14:textId="77777777" w:rsidR="00534A5B" w:rsidRDefault="00534A5B">
            <w:pPr>
              <w:rPr>
                <w:b w:val="0"/>
                <w:bCs w:val="0"/>
              </w:rPr>
            </w:pPr>
          </w:p>
          <w:p w14:paraId="2027C95E" w14:textId="77777777" w:rsidR="00D06A10" w:rsidRDefault="00D06A10">
            <w:pPr>
              <w:rPr>
                <w:b w:val="0"/>
                <w:bCs w:val="0"/>
              </w:rPr>
            </w:pPr>
          </w:p>
          <w:p w14:paraId="05F283CC" w14:textId="77777777" w:rsidR="00D06A10" w:rsidRDefault="00D06A10">
            <w:pPr>
              <w:rPr>
                <w:b w:val="0"/>
                <w:bCs w:val="0"/>
              </w:rPr>
            </w:pPr>
          </w:p>
          <w:p w14:paraId="599AF3C4" w14:textId="77777777" w:rsidR="00D06A10" w:rsidRDefault="00D06A10">
            <w:pPr>
              <w:rPr>
                <w:b w:val="0"/>
                <w:bCs w:val="0"/>
              </w:rPr>
            </w:pPr>
          </w:p>
          <w:p w14:paraId="43C51FDD" w14:textId="77777777" w:rsidR="00D06A10" w:rsidRDefault="00D06A10"/>
        </w:tc>
        <w:tc>
          <w:tcPr>
            <w:tcW w:w="2880" w:type="dxa"/>
          </w:tcPr>
          <w:p w14:paraId="7C643D72" w14:textId="77777777" w:rsidR="00534A5B" w:rsidRDefault="00534A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80" w:type="dxa"/>
          </w:tcPr>
          <w:p w14:paraId="2C96284A" w14:textId="77777777" w:rsidR="00534A5B" w:rsidRDefault="00534A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34A5B" w14:paraId="1337A2F7" w14:textId="77777777" w:rsidTr="00534A5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4CD9616C" w14:textId="77777777" w:rsidR="00534A5B" w:rsidRDefault="00534A5B">
            <w:pPr>
              <w:rPr>
                <w:b w:val="0"/>
                <w:bCs w:val="0"/>
              </w:rPr>
            </w:pPr>
          </w:p>
          <w:p w14:paraId="792D36B0" w14:textId="77777777" w:rsidR="00D06A10" w:rsidRDefault="00D06A10">
            <w:pPr>
              <w:rPr>
                <w:b w:val="0"/>
                <w:bCs w:val="0"/>
              </w:rPr>
            </w:pPr>
          </w:p>
          <w:p w14:paraId="1F17872C" w14:textId="77777777" w:rsidR="00D06A10" w:rsidRDefault="00D06A10">
            <w:pPr>
              <w:rPr>
                <w:b w:val="0"/>
                <w:bCs w:val="0"/>
              </w:rPr>
            </w:pPr>
          </w:p>
          <w:p w14:paraId="53CAABF9" w14:textId="77777777" w:rsidR="00D06A10" w:rsidRDefault="00D06A10">
            <w:pPr>
              <w:rPr>
                <w:b w:val="0"/>
                <w:bCs w:val="0"/>
              </w:rPr>
            </w:pPr>
          </w:p>
          <w:p w14:paraId="6DD89B2F" w14:textId="77777777" w:rsidR="00D06A10" w:rsidRDefault="00D06A10">
            <w:pPr>
              <w:rPr>
                <w:b w:val="0"/>
                <w:bCs w:val="0"/>
              </w:rPr>
            </w:pPr>
          </w:p>
          <w:p w14:paraId="676AEA87" w14:textId="77777777" w:rsidR="00D06A10" w:rsidRDefault="00D06A10"/>
        </w:tc>
        <w:tc>
          <w:tcPr>
            <w:tcW w:w="2880" w:type="dxa"/>
          </w:tcPr>
          <w:p w14:paraId="0BB41A8F" w14:textId="77777777" w:rsidR="00534A5B" w:rsidRDefault="00534A5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2880" w:type="dxa"/>
          </w:tcPr>
          <w:p w14:paraId="176B8770" w14:textId="77777777" w:rsidR="00534A5B" w:rsidRDefault="00534A5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</w:tbl>
    <w:p w14:paraId="63EF3612" w14:textId="258C9ECE" w:rsidR="00534A5B" w:rsidRDefault="00534A5B">
      <w:pPr>
        <w:pStyle w:val="Heading2"/>
      </w:pPr>
    </w:p>
    <w:p w14:paraId="6B0F49FB" w14:textId="6A79F66A" w:rsidR="00200851" w:rsidRDefault="00534A5B">
      <w:pPr>
        <w:pStyle w:val="Heading2"/>
      </w:pPr>
      <w:r>
        <w:t>Section 4: Staff Feedback on Tool Usability</w:t>
      </w:r>
    </w:p>
    <w:p w14:paraId="44961772" w14:textId="77777777" w:rsidR="00200851" w:rsidRPr="00534A5B" w:rsidRDefault="00534A5B">
      <w:pPr>
        <w:rPr>
          <w:b/>
          <w:bCs/>
        </w:rPr>
      </w:pPr>
      <w:r w:rsidRPr="00534A5B">
        <w:rPr>
          <w:b/>
          <w:bCs/>
        </w:rPr>
        <w:t>Carers:</w:t>
      </w:r>
    </w:p>
    <w:p w14:paraId="7D29CCD7" w14:textId="77777777" w:rsidR="007B5D6F" w:rsidRDefault="007B5D6F" w:rsidP="007B5D6F">
      <w:r>
        <w:t>Workflow usability:</w:t>
      </w:r>
    </w:p>
    <w:p w14:paraId="47A4605F" w14:textId="77777777" w:rsidR="007B5D6F" w:rsidRDefault="007B5D6F" w:rsidP="007B5D6F"/>
    <w:p w14:paraId="0811F78E" w14:textId="77777777" w:rsidR="007B5D6F" w:rsidRDefault="007B5D6F" w:rsidP="007B5D6F">
      <w:r>
        <w:t>Clarity &amp; usefulness:</w:t>
      </w:r>
    </w:p>
    <w:p w14:paraId="3452AA4D" w14:textId="77777777" w:rsidR="007B5D6F" w:rsidRDefault="007B5D6F" w:rsidP="007B5D6F"/>
    <w:p w14:paraId="625C09C9" w14:textId="77777777" w:rsidR="007B5D6F" w:rsidRDefault="007B5D6F" w:rsidP="007B5D6F">
      <w:r>
        <w:t>Suggestions:</w:t>
      </w:r>
    </w:p>
    <w:p w14:paraId="3C6BD246" w14:textId="77777777" w:rsidR="007B5D6F" w:rsidRDefault="007B5D6F">
      <w:pPr>
        <w:rPr>
          <w:b/>
          <w:bCs/>
        </w:rPr>
      </w:pPr>
    </w:p>
    <w:p w14:paraId="1FDAA083" w14:textId="77777777" w:rsidR="007B5D6F" w:rsidRDefault="007B5D6F">
      <w:pPr>
        <w:rPr>
          <w:b/>
          <w:bCs/>
        </w:rPr>
      </w:pPr>
    </w:p>
    <w:p w14:paraId="082DB2DB" w14:textId="0F6E91C3" w:rsidR="00200851" w:rsidRPr="00534A5B" w:rsidRDefault="00534A5B">
      <w:pPr>
        <w:rPr>
          <w:b/>
          <w:bCs/>
        </w:rPr>
      </w:pPr>
      <w:r w:rsidRPr="00534A5B">
        <w:rPr>
          <w:b/>
          <w:bCs/>
        </w:rPr>
        <w:t>ENs:</w:t>
      </w:r>
    </w:p>
    <w:p w14:paraId="0FA1AE85" w14:textId="77777777" w:rsidR="007B5D6F" w:rsidRDefault="007B5D6F" w:rsidP="007B5D6F">
      <w:r>
        <w:t>Workflow usability:</w:t>
      </w:r>
    </w:p>
    <w:p w14:paraId="48B0E68E" w14:textId="77777777" w:rsidR="007B5D6F" w:rsidRDefault="007B5D6F" w:rsidP="007B5D6F"/>
    <w:p w14:paraId="45899EF1" w14:textId="77777777" w:rsidR="007B5D6F" w:rsidRDefault="007B5D6F" w:rsidP="007B5D6F">
      <w:r>
        <w:t>Clarity &amp; usefulness:</w:t>
      </w:r>
    </w:p>
    <w:p w14:paraId="4BA356B9" w14:textId="77777777" w:rsidR="007B5D6F" w:rsidRDefault="007B5D6F" w:rsidP="007B5D6F"/>
    <w:p w14:paraId="5442C282" w14:textId="77777777" w:rsidR="007B5D6F" w:rsidRDefault="007B5D6F" w:rsidP="007B5D6F">
      <w:r>
        <w:t>Suggestions:</w:t>
      </w:r>
    </w:p>
    <w:p w14:paraId="78A59CB6" w14:textId="77777777" w:rsidR="007B5D6F" w:rsidRDefault="007B5D6F">
      <w:pPr>
        <w:rPr>
          <w:b/>
          <w:bCs/>
        </w:rPr>
      </w:pPr>
    </w:p>
    <w:p w14:paraId="539D1931" w14:textId="77777777" w:rsidR="007B5D6F" w:rsidRDefault="007B5D6F">
      <w:pPr>
        <w:rPr>
          <w:b/>
          <w:bCs/>
        </w:rPr>
      </w:pPr>
    </w:p>
    <w:p w14:paraId="3BFF14F2" w14:textId="0479E6EF" w:rsidR="00200851" w:rsidRPr="00534A5B" w:rsidRDefault="00534A5B">
      <w:pPr>
        <w:rPr>
          <w:b/>
          <w:bCs/>
        </w:rPr>
      </w:pPr>
      <w:r w:rsidRPr="00534A5B">
        <w:rPr>
          <w:b/>
          <w:bCs/>
        </w:rPr>
        <w:t>RNs:</w:t>
      </w:r>
    </w:p>
    <w:p w14:paraId="43D3649A" w14:textId="24843241" w:rsidR="00200851" w:rsidRDefault="00534A5B">
      <w:r>
        <w:t>Workflow usability:</w:t>
      </w:r>
    </w:p>
    <w:p w14:paraId="16A8596D" w14:textId="77777777" w:rsidR="00B87608" w:rsidRDefault="00B87608"/>
    <w:p w14:paraId="1FC735DF" w14:textId="5F0235DB" w:rsidR="00200851" w:rsidRDefault="00534A5B">
      <w:r>
        <w:t>Clarity &amp; usefulness:</w:t>
      </w:r>
    </w:p>
    <w:p w14:paraId="5C9E1BFD" w14:textId="77777777" w:rsidR="007B5D6F" w:rsidRDefault="007B5D6F"/>
    <w:p w14:paraId="1E55DAA1" w14:textId="77777777" w:rsidR="005E5190" w:rsidRDefault="005E5190"/>
    <w:p w14:paraId="386A8241" w14:textId="2815850D" w:rsidR="00200851" w:rsidRDefault="00534A5B">
      <w:r>
        <w:t>Suggestions:</w:t>
      </w:r>
    </w:p>
    <w:p w14:paraId="1C76633C" w14:textId="77777777" w:rsidR="007B5D6F" w:rsidRDefault="007B5D6F"/>
    <w:p w14:paraId="4A1DB683" w14:textId="77777777" w:rsidR="007B5D6F" w:rsidRDefault="007B5D6F"/>
    <w:tbl>
      <w:tblPr>
        <w:tblStyle w:val="LightGrid-Accent1"/>
        <w:tblW w:w="0" w:type="auto"/>
        <w:tblLook w:val="04A0" w:firstRow="1" w:lastRow="0" w:firstColumn="1" w:lastColumn="0" w:noHBand="0" w:noVBand="1"/>
      </w:tblPr>
      <w:tblGrid>
        <w:gridCol w:w="2874"/>
        <w:gridCol w:w="2874"/>
        <w:gridCol w:w="2872"/>
      </w:tblGrid>
      <w:tr w:rsidR="00200851" w14:paraId="653DE9F6" w14:textId="77777777" w:rsidTr="00534A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6913D413" w14:textId="77777777" w:rsidR="00200851" w:rsidRDefault="00534A5B">
            <w:r>
              <w:lastRenderedPageBreak/>
              <w:t>Action Required</w:t>
            </w:r>
          </w:p>
        </w:tc>
        <w:tc>
          <w:tcPr>
            <w:tcW w:w="2880" w:type="dxa"/>
          </w:tcPr>
          <w:p w14:paraId="38BBBC49" w14:textId="77777777" w:rsidR="00200851" w:rsidRDefault="00534A5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Responsible Person</w:t>
            </w:r>
          </w:p>
        </w:tc>
        <w:tc>
          <w:tcPr>
            <w:tcW w:w="2880" w:type="dxa"/>
          </w:tcPr>
          <w:p w14:paraId="15331F21" w14:textId="77777777" w:rsidR="00200851" w:rsidRDefault="00534A5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Due Date</w:t>
            </w:r>
          </w:p>
        </w:tc>
      </w:tr>
      <w:tr w:rsidR="00534A5B" w14:paraId="366949DD" w14:textId="77777777" w:rsidTr="00534A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4A105174" w14:textId="77777777" w:rsidR="00534A5B" w:rsidRDefault="00534A5B">
            <w:pPr>
              <w:rPr>
                <w:b w:val="0"/>
                <w:bCs w:val="0"/>
              </w:rPr>
            </w:pPr>
          </w:p>
          <w:p w14:paraId="112B1247" w14:textId="77777777" w:rsidR="005E5190" w:rsidRDefault="005E5190">
            <w:pPr>
              <w:rPr>
                <w:b w:val="0"/>
                <w:bCs w:val="0"/>
              </w:rPr>
            </w:pPr>
          </w:p>
          <w:p w14:paraId="1D3DF543" w14:textId="77777777" w:rsidR="005E5190" w:rsidRDefault="005E5190">
            <w:pPr>
              <w:rPr>
                <w:b w:val="0"/>
                <w:bCs w:val="0"/>
              </w:rPr>
            </w:pPr>
          </w:p>
          <w:p w14:paraId="5050F19D" w14:textId="77777777" w:rsidR="005E5190" w:rsidRDefault="005E5190">
            <w:pPr>
              <w:rPr>
                <w:b w:val="0"/>
                <w:bCs w:val="0"/>
              </w:rPr>
            </w:pPr>
          </w:p>
          <w:p w14:paraId="4B1904AF" w14:textId="77777777" w:rsidR="005E5190" w:rsidRDefault="005E5190"/>
        </w:tc>
        <w:tc>
          <w:tcPr>
            <w:tcW w:w="2880" w:type="dxa"/>
          </w:tcPr>
          <w:p w14:paraId="19D57D4D" w14:textId="77777777" w:rsidR="00534A5B" w:rsidRDefault="00534A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80" w:type="dxa"/>
          </w:tcPr>
          <w:p w14:paraId="2E34B0A4" w14:textId="77777777" w:rsidR="00534A5B" w:rsidRDefault="00534A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34A5B" w14:paraId="1F29B630" w14:textId="77777777" w:rsidTr="00534A5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01D9D11D" w14:textId="77777777" w:rsidR="00534A5B" w:rsidRDefault="00534A5B">
            <w:pPr>
              <w:rPr>
                <w:b w:val="0"/>
                <w:bCs w:val="0"/>
              </w:rPr>
            </w:pPr>
          </w:p>
          <w:p w14:paraId="2C35E44C" w14:textId="77777777" w:rsidR="005E5190" w:rsidRDefault="005E5190">
            <w:pPr>
              <w:rPr>
                <w:b w:val="0"/>
                <w:bCs w:val="0"/>
              </w:rPr>
            </w:pPr>
          </w:p>
          <w:p w14:paraId="2636EA9E" w14:textId="77777777" w:rsidR="005E5190" w:rsidRDefault="005E5190">
            <w:pPr>
              <w:rPr>
                <w:b w:val="0"/>
                <w:bCs w:val="0"/>
              </w:rPr>
            </w:pPr>
          </w:p>
          <w:p w14:paraId="01E94181" w14:textId="77777777" w:rsidR="005E5190" w:rsidRDefault="005E5190">
            <w:pPr>
              <w:rPr>
                <w:b w:val="0"/>
                <w:bCs w:val="0"/>
              </w:rPr>
            </w:pPr>
          </w:p>
          <w:p w14:paraId="19D41B22" w14:textId="77777777" w:rsidR="005E5190" w:rsidRDefault="005E5190"/>
        </w:tc>
        <w:tc>
          <w:tcPr>
            <w:tcW w:w="2880" w:type="dxa"/>
          </w:tcPr>
          <w:p w14:paraId="7921B5A6" w14:textId="77777777" w:rsidR="00534A5B" w:rsidRDefault="00534A5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2880" w:type="dxa"/>
          </w:tcPr>
          <w:p w14:paraId="1D429A64" w14:textId="77777777" w:rsidR="00534A5B" w:rsidRDefault="00534A5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</w:tbl>
    <w:p w14:paraId="13456C52" w14:textId="7DB8406E" w:rsidR="00200851" w:rsidRDefault="00534A5B">
      <w:pPr>
        <w:pStyle w:val="Heading2"/>
      </w:pPr>
      <w:r>
        <w:t>Section 5: Summary</w:t>
      </w:r>
    </w:p>
    <w:p w14:paraId="14A747B5" w14:textId="4FF248F0" w:rsidR="00B87608" w:rsidRPr="00CD5BD0" w:rsidRDefault="00B87608" w:rsidP="00B87608">
      <w:pPr>
        <w:rPr>
          <w:b/>
          <w:bCs/>
        </w:rPr>
      </w:pPr>
      <w:r w:rsidRPr="00CD5BD0">
        <w:rPr>
          <w:b/>
          <w:bCs/>
        </w:rPr>
        <w:t>Select one of the following:</w:t>
      </w:r>
    </w:p>
    <w:p w14:paraId="6959331E" w14:textId="2092EB9D" w:rsidR="00200851" w:rsidRDefault="00534A5B" w:rsidP="00B87608">
      <w:pPr>
        <w:spacing w:after="0"/>
      </w:pPr>
      <w:r>
        <w:t xml:space="preserve">☐ Tools </w:t>
      </w:r>
      <w:r w:rsidR="00CD5BD0">
        <w:t>are being us</w:t>
      </w:r>
      <w:r>
        <w:t>ed</w:t>
      </w:r>
      <w:r w:rsidR="00CD5BD0">
        <w:t xml:space="preserve"> well</w:t>
      </w:r>
    </w:p>
    <w:p w14:paraId="1E0B01FB" w14:textId="77777777" w:rsidR="00200851" w:rsidRDefault="00534A5B" w:rsidP="00B87608">
      <w:pPr>
        <w:spacing w:after="0"/>
      </w:pPr>
      <w:r>
        <w:t>☐ Minor issues identified</w:t>
      </w:r>
    </w:p>
    <w:p w14:paraId="2757CC3B" w14:textId="77777777" w:rsidR="00200851" w:rsidRDefault="00534A5B" w:rsidP="00B87608">
      <w:pPr>
        <w:spacing w:after="0"/>
      </w:pPr>
      <w:r>
        <w:t>☐ Significant issues – follow-up required</w:t>
      </w:r>
    </w:p>
    <w:p w14:paraId="3B933C2A" w14:textId="77777777" w:rsidR="00CD5BD0" w:rsidRDefault="00CD5BD0" w:rsidP="004F639E">
      <w:pPr>
        <w:rPr>
          <w:b/>
          <w:bCs/>
        </w:rPr>
      </w:pPr>
    </w:p>
    <w:p w14:paraId="12D7ACA2" w14:textId="3F65B310" w:rsidR="004F639E" w:rsidRPr="008C225A" w:rsidRDefault="00534A5B" w:rsidP="004F639E">
      <w:pPr>
        <w:rPr>
          <w:b/>
          <w:bCs/>
        </w:rPr>
      </w:pPr>
      <w:r w:rsidRPr="008C225A">
        <w:rPr>
          <w:b/>
          <w:bCs/>
        </w:rPr>
        <w:t>Overall Evaluation Comments:</w:t>
      </w:r>
      <w:r w:rsidRPr="008C225A">
        <w:rPr>
          <w:b/>
          <w:bCs/>
        </w:rPr>
        <w:br/>
      </w:r>
      <w:r w:rsidRPr="008C225A">
        <w:rPr>
          <w:b/>
          <w:bCs/>
        </w:rPr>
        <w:br/>
      </w:r>
    </w:p>
    <w:p w14:paraId="2FF6505C" w14:textId="77777777" w:rsidR="004F639E" w:rsidRDefault="004F639E" w:rsidP="004F639E"/>
    <w:p w14:paraId="19A4606E" w14:textId="77777777" w:rsidR="004F639E" w:rsidRDefault="004F639E" w:rsidP="004F639E"/>
    <w:p w14:paraId="65B557F6" w14:textId="77777777" w:rsidR="004F639E" w:rsidRDefault="004F639E" w:rsidP="004F639E"/>
    <w:sectPr w:rsidR="004F639E" w:rsidSect="00534A5B">
      <w:headerReference w:type="default" r:id="rId10"/>
      <w:pgSz w:w="12240" w:h="15840"/>
      <w:pgMar w:top="993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56CF1" w14:textId="77777777" w:rsidR="0063023F" w:rsidRDefault="0063023F" w:rsidP="0044574D">
      <w:pPr>
        <w:spacing w:after="0" w:line="240" w:lineRule="auto"/>
      </w:pPr>
      <w:r>
        <w:separator/>
      </w:r>
    </w:p>
  </w:endnote>
  <w:endnote w:type="continuationSeparator" w:id="0">
    <w:p w14:paraId="4B64FBDB" w14:textId="77777777" w:rsidR="0063023F" w:rsidRDefault="0063023F" w:rsidP="00445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95436" w14:textId="77777777" w:rsidR="0063023F" w:rsidRDefault="0063023F" w:rsidP="0044574D">
      <w:pPr>
        <w:spacing w:after="0" w:line="240" w:lineRule="auto"/>
      </w:pPr>
      <w:r>
        <w:separator/>
      </w:r>
    </w:p>
  </w:footnote>
  <w:footnote w:type="continuationSeparator" w:id="0">
    <w:p w14:paraId="077DF126" w14:textId="77777777" w:rsidR="0063023F" w:rsidRDefault="0063023F" w:rsidP="00445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2BE46" w14:textId="6770B528" w:rsidR="0044574D" w:rsidRDefault="0044574D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9E2A249" wp14:editId="1A7F987D">
          <wp:simplePos x="0" y="0"/>
          <wp:positionH relativeFrom="column">
            <wp:posOffset>-1092200</wp:posOffset>
          </wp:positionH>
          <wp:positionV relativeFrom="paragraph">
            <wp:posOffset>-431800</wp:posOffset>
          </wp:positionV>
          <wp:extent cx="1485900" cy="660400"/>
          <wp:effectExtent l="0" t="0" r="0" b="6350"/>
          <wp:wrapThrough wrapText="bothSides">
            <wp:wrapPolygon edited="0">
              <wp:start x="0" y="0"/>
              <wp:lineTo x="0" y="21185"/>
              <wp:lineTo x="21323" y="21185"/>
              <wp:lineTo x="21323" y="0"/>
              <wp:lineTo x="0" y="0"/>
            </wp:wrapPolygon>
          </wp:wrapThrough>
          <wp:docPr id="122028459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0284598" name="Picture 122028459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85900" cy="66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13468036">
    <w:abstractNumId w:val="5"/>
  </w:num>
  <w:num w:numId="2" w16cid:durableId="1391729235">
    <w:abstractNumId w:val="8"/>
  </w:num>
  <w:num w:numId="3" w16cid:durableId="1408459333">
    <w:abstractNumId w:val="4"/>
  </w:num>
  <w:num w:numId="4" w16cid:durableId="1490445614">
    <w:abstractNumId w:val="7"/>
  </w:num>
  <w:num w:numId="5" w16cid:durableId="1504858043">
    <w:abstractNumId w:val="0"/>
  </w:num>
  <w:num w:numId="6" w16cid:durableId="1654487782">
    <w:abstractNumId w:val="3"/>
  </w:num>
  <w:num w:numId="7" w16cid:durableId="1858961359">
    <w:abstractNumId w:val="2"/>
  </w:num>
  <w:num w:numId="8" w16cid:durableId="757021489">
    <w:abstractNumId w:val="1"/>
  </w:num>
  <w:num w:numId="9" w16cid:durableId="79398216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5BD9"/>
    <w:rsid w:val="0006063C"/>
    <w:rsid w:val="000B4FA6"/>
    <w:rsid w:val="0015074B"/>
    <w:rsid w:val="00200851"/>
    <w:rsid w:val="00240FE2"/>
    <w:rsid w:val="00262F01"/>
    <w:rsid w:val="0029639D"/>
    <w:rsid w:val="002F6D7C"/>
    <w:rsid w:val="00326F90"/>
    <w:rsid w:val="00386898"/>
    <w:rsid w:val="0044574D"/>
    <w:rsid w:val="00472C4C"/>
    <w:rsid w:val="004E5C78"/>
    <w:rsid w:val="004F639E"/>
    <w:rsid w:val="005341AB"/>
    <w:rsid w:val="00534A5B"/>
    <w:rsid w:val="00566442"/>
    <w:rsid w:val="005E5190"/>
    <w:rsid w:val="0063023F"/>
    <w:rsid w:val="006D62B9"/>
    <w:rsid w:val="006E27BA"/>
    <w:rsid w:val="007411B9"/>
    <w:rsid w:val="007554CD"/>
    <w:rsid w:val="007B5D6F"/>
    <w:rsid w:val="0088375F"/>
    <w:rsid w:val="008C225A"/>
    <w:rsid w:val="008C693F"/>
    <w:rsid w:val="00987507"/>
    <w:rsid w:val="009F6ABB"/>
    <w:rsid w:val="00AA1D8D"/>
    <w:rsid w:val="00B47730"/>
    <w:rsid w:val="00B87608"/>
    <w:rsid w:val="00CA51EC"/>
    <w:rsid w:val="00CB0664"/>
    <w:rsid w:val="00CD5BD0"/>
    <w:rsid w:val="00D06A10"/>
    <w:rsid w:val="00D77C66"/>
    <w:rsid w:val="00DA1135"/>
    <w:rsid w:val="00DA2F2F"/>
    <w:rsid w:val="00EA1775"/>
    <w:rsid w:val="00F7265B"/>
    <w:rsid w:val="00FC693F"/>
    <w:rsid w:val="3FF70DB5"/>
    <w:rsid w:val="4A4DD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02EE22D"/>
  <w14:defaultImageDpi w14:val="300"/>
  <w15:docId w15:val="{AE8BD7B6-DEA0-4B98-A120-22F440D37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9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dTable7Colorful-Accent1">
    <w:name w:val="Grid Table 7 Colorful Accent 1"/>
    <w:basedOn w:val="TableNormal"/>
    <w:uiPriority w:val="52"/>
    <w:rsid w:val="00534A5B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49A9FB1A89BC4A8CD720621F2687D7" ma:contentTypeVersion="13" ma:contentTypeDescription="Create a new document." ma:contentTypeScope="" ma:versionID="81763ccdb1d893b28e739ce201e927f1">
  <xsd:schema xmlns:xsd="http://www.w3.org/2001/XMLSchema" xmlns:xs="http://www.w3.org/2001/XMLSchema" xmlns:p="http://schemas.microsoft.com/office/2006/metadata/properties" xmlns:ns2="237d16af-f65b-43bd-89f1-5b2a006130a9" xmlns:ns3="4a5f9ae5-c8ce-4a95-a6a5-7393a71cf037" targetNamespace="http://schemas.microsoft.com/office/2006/metadata/properties" ma:root="true" ma:fieldsID="912951d254e16fbf8ebeced052eb4830" ns2:_="" ns3:_="">
    <xsd:import namespace="237d16af-f65b-43bd-89f1-5b2a006130a9"/>
    <xsd:import namespace="4a5f9ae5-c8ce-4a95-a6a5-7393a71cf0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ocument_x0020_typ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Organis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7d16af-f65b-43bd-89f1-5b2a006130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Document_x0020_type" ma:index="15" nillable="true" ma:displayName="Document type" ma:list="{485ccf5c-3ed7-4262-8154-1a224ccaba0b}" ma:internalName="Document_x0020_type" ma:showField="DocumentType">
      <xsd:simpleType>
        <xsd:restriction base="dms:Lookup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14fc1ee-ee85-4a7e-98b0-8db30ca095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Organisation" ma:index="20" nillable="true" ma:displayName="Organisation" ma:list="{485ccf5c-3ed7-4262-8154-1a224ccaba0b}" ma:internalName="Organisation" ma:showField="FS2_x0020_Organisation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5f9ae5-c8ce-4a95-a6a5-7393a71cf03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0552bd7-f7ed-4928-b753-41ff029eb8c3}" ma:internalName="TaxCatchAll" ma:showField="CatchAllData" ma:web="4a5f9ae5-c8ce-4a95-a6a5-7393a71cf0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37d16af-f65b-43bd-89f1-5b2a006130a9">
      <Terms xmlns="http://schemas.microsoft.com/office/infopath/2007/PartnerControls"/>
    </lcf76f155ced4ddcb4097134ff3c332f>
    <TaxCatchAll xmlns="4a5f9ae5-c8ce-4a95-a6a5-7393a71cf037" xsi:nil="true"/>
    <Document_x0020_type xmlns="237d16af-f65b-43bd-89f1-5b2a006130a9" xsi:nil="true"/>
    <Organisation xmlns="237d16af-f65b-43bd-89f1-5b2a006130a9" xsi:nil="true"/>
  </documentManagement>
</p:properties>
</file>

<file path=customXml/itemProps1.xml><?xml version="1.0" encoding="utf-8"?>
<ds:datastoreItem xmlns:ds="http://schemas.openxmlformats.org/officeDocument/2006/customXml" ds:itemID="{A4ED7CFD-5B26-4379-9301-7275034F2D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7d16af-f65b-43bd-89f1-5b2a006130a9"/>
    <ds:schemaRef ds:uri="4a5f9ae5-c8ce-4a95-a6a5-7393a71cf0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7483D60-AC5F-4A70-813F-EB8209AEEB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C71B21-BFF6-46D1-9591-4735C179E24E}">
  <ds:schemaRefs>
    <ds:schemaRef ds:uri="http://schemas.microsoft.com/office/2006/metadata/properties"/>
    <ds:schemaRef ds:uri="http://schemas.microsoft.com/office/infopath/2007/PartnerControls"/>
    <ds:schemaRef ds:uri="237d16af-f65b-43bd-89f1-5b2a006130a9"/>
    <ds:schemaRef ds:uri="4a5f9ae5-c8ce-4a95-a6a5-7393a71cf037"/>
  </ds:schemaRefs>
</ds:datastoreItem>
</file>

<file path=docMetadata/LabelInfo.xml><?xml version="1.0" encoding="utf-8"?>
<clbl:labelList xmlns:clbl="http://schemas.microsoft.com/office/2020/mipLabelMetadata">
  <clbl:label id="{72157dbb-e8bd-40dc-8d00-3f08c234ac47}" enabled="0" method="" siteId="{72157dbb-e8bd-40dc-8d00-3f08c234ac4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307</Words>
  <Characters>1728</Characters>
  <Application>Microsoft Office Word</Application>
  <DocSecurity>0</DocSecurity>
  <Lines>75</Lines>
  <Paragraphs>28</Paragraphs>
  <ScaleCrop>false</ScaleCrop>
  <Manager/>
  <Company/>
  <LinksUpToDate>false</LinksUpToDate>
  <CharactersWithSpaces>2007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Hannah Hartgers</cp:lastModifiedBy>
  <cp:revision>28</cp:revision>
  <dcterms:created xsi:type="dcterms:W3CDTF">2025-11-17T04:21:00Z</dcterms:created>
  <dcterms:modified xsi:type="dcterms:W3CDTF">2026-09-21T01:06:00Z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0x0101007849A9FB1A89BC4A8CD720621F2687D7</vt:lpwstr>
  </property>
  <property fmtid="{D5CDD505-2E9C-101B-9397-08002B2CF9AE}" pid="3" name="MediaServiceImageTags">
    <vt:lpwstr/>
  </property>
  <property fmtid="{D5CDD505-2E9C-101B-9397-08002B2CF9AE}" pid="4" name="Order">
    <vt:r8>1319700</vt:r8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</Properties>
</file>